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Look w:val="04A0" w:firstRow="1" w:lastRow="0" w:firstColumn="1" w:lastColumn="0" w:noHBand="0" w:noVBand="1"/>
      </w:tblPr>
      <w:tblGrid>
        <w:gridCol w:w="2880"/>
        <w:gridCol w:w="2935"/>
        <w:gridCol w:w="2880"/>
      </w:tblGrid>
      <w:tr w:rsidR="0006159E" w:rsidRPr="00F560E6" w14:paraId="6C64441D" w14:textId="77777777" w:rsidTr="0006159E">
        <w:trPr>
          <w:trHeight w:val="1985"/>
        </w:trPr>
        <w:tc>
          <w:tcPr>
            <w:tcW w:w="2880" w:type="dxa"/>
          </w:tcPr>
          <w:p w14:paraId="53AC3C7C" w14:textId="77777777" w:rsidR="00B73F92" w:rsidRPr="00F560E6" w:rsidRDefault="003050AF" w:rsidP="0006159E">
            <w:pPr>
              <w:jc w:val="center"/>
            </w:pPr>
            <w:r>
              <w:rPr>
                <w:noProof/>
              </w:rPr>
              <w:pict w14:anchorId="226B2821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" o:spid="_x0000_i1025" type="#_x0000_t75" style="width:78pt;height:78pt;visibility:visible">
                  <v:imagedata r:id="rId6" o:title=""/>
                </v:shape>
              </w:pict>
            </w:r>
          </w:p>
        </w:tc>
        <w:tc>
          <w:tcPr>
            <w:tcW w:w="2880" w:type="dxa"/>
          </w:tcPr>
          <w:p w14:paraId="11994E12" w14:textId="4BBD88A3" w:rsidR="00B73F92" w:rsidRPr="00F560E6" w:rsidRDefault="00000000">
            <w:pPr>
              <w:jc w:val="center"/>
            </w:pPr>
            <w:proofErr w:type="spellStart"/>
            <w:r w:rsidRPr="00F560E6">
              <w:t>แบบบันทึกเวลาปฏิบัติงาน</w:t>
            </w:r>
            <w:proofErr w:type="spellEnd"/>
            <w:r w:rsidRPr="00F560E6">
              <w:br/>
            </w:r>
            <w:proofErr w:type="spellStart"/>
            <w:r w:rsidRPr="00F560E6">
              <w:t>นักศึกษาฝึกประสบการณ์วิชาชีพ</w:t>
            </w:r>
            <w:proofErr w:type="spellEnd"/>
            <w:r w:rsidRPr="00F560E6">
              <w:br/>
            </w:r>
            <w:proofErr w:type="spellStart"/>
            <w:r w:rsidRPr="00F560E6">
              <w:t>คณะวิทยาการจัดการ</w:t>
            </w:r>
            <w:proofErr w:type="spellEnd"/>
            <w:r w:rsidRPr="00F560E6">
              <w:t xml:space="preserve"> </w:t>
            </w:r>
            <w:proofErr w:type="spellStart"/>
            <w:r w:rsidRPr="00F560E6">
              <w:t>มหาวิทยาลัยราชภัฏมหาสารคาม</w:t>
            </w:r>
            <w:proofErr w:type="spellEnd"/>
          </w:p>
        </w:tc>
        <w:tc>
          <w:tcPr>
            <w:tcW w:w="2880" w:type="dxa"/>
          </w:tcPr>
          <w:p w14:paraId="4154C708" w14:textId="77777777" w:rsidR="00B73F92" w:rsidRPr="00F560E6" w:rsidRDefault="00000000" w:rsidP="0006159E">
            <w:pPr>
              <w:jc w:val="center"/>
            </w:pPr>
            <w:r>
              <w:rPr>
                <w:noProof/>
              </w:rPr>
              <w:pict w14:anchorId="03EF35B6">
                <v:shape id="Picture 2" o:spid="_x0000_i1026" type="#_x0000_t75" style="width:95.4pt;height:95.4pt;visibility:visible">
                  <v:imagedata r:id="rId7" o:title=""/>
                </v:shape>
              </w:pict>
            </w:r>
          </w:p>
        </w:tc>
      </w:tr>
    </w:tbl>
    <w:p w14:paraId="5D95EDF1" w14:textId="77777777" w:rsidR="00F560E6" w:rsidRPr="00F560E6" w:rsidRDefault="00F560E6" w:rsidP="00F560E6">
      <w:pPr>
        <w:spacing w:after="0"/>
        <w:rPr>
          <w:vanish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2822"/>
        <w:gridCol w:w="6034"/>
      </w:tblGrid>
      <w:tr w:rsidR="0006159E" w:rsidRPr="00F560E6" w14:paraId="74515FF4" w14:textId="77777777" w:rsidTr="00F560E6">
        <w:tc>
          <w:tcPr>
            <w:tcW w:w="2822" w:type="dxa"/>
            <w:shd w:val="clear" w:color="auto" w:fill="auto"/>
          </w:tcPr>
          <w:p w14:paraId="5BD6157C" w14:textId="77777777" w:rsidR="0006159E" w:rsidRPr="00F560E6" w:rsidRDefault="0006159E" w:rsidP="00F560E6">
            <w:pPr>
              <w:spacing w:after="0" w:line="240" w:lineRule="auto"/>
            </w:pPr>
            <w:proofErr w:type="spellStart"/>
            <w:r w:rsidRPr="00F560E6">
              <w:t>ชื่อ-สกุลนักศึกษา</w:t>
            </w:r>
            <w:proofErr w:type="spellEnd"/>
            <w:r w:rsidRPr="00F560E6">
              <w:t>:</w:t>
            </w:r>
          </w:p>
        </w:tc>
        <w:tc>
          <w:tcPr>
            <w:tcW w:w="6034" w:type="dxa"/>
            <w:shd w:val="clear" w:color="auto" w:fill="auto"/>
          </w:tcPr>
          <w:p w14:paraId="3F031535" w14:textId="77777777" w:rsidR="0006159E" w:rsidRPr="00F560E6" w:rsidRDefault="0006159E" w:rsidP="00F560E6">
            <w:pPr>
              <w:spacing w:after="0" w:line="240" w:lineRule="auto"/>
            </w:pPr>
          </w:p>
        </w:tc>
      </w:tr>
      <w:tr w:rsidR="0006159E" w:rsidRPr="00F560E6" w14:paraId="59B4574B" w14:textId="77777777" w:rsidTr="00F560E6">
        <w:tc>
          <w:tcPr>
            <w:tcW w:w="2822" w:type="dxa"/>
            <w:shd w:val="clear" w:color="auto" w:fill="auto"/>
          </w:tcPr>
          <w:p w14:paraId="70DAFB57" w14:textId="77777777" w:rsidR="0006159E" w:rsidRPr="00F560E6" w:rsidRDefault="0006159E" w:rsidP="00F560E6">
            <w:pPr>
              <w:spacing w:after="0" w:line="240" w:lineRule="auto"/>
            </w:pPr>
            <w:proofErr w:type="spellStart"/>
            <w:r w:rsidRPr="00F560E6">
              <w:t>รหัสนักศึกษา</w:t>
            </w:r>
            <w:proofErr w:type="spellEnd"/>
            <w:r w:rsidRPr="00F560E6">
              <w:t>:</w:t>
            </w:r>
          </w:p>
        </w:tc>
        <w:tc>
          <w:tcPr>
            <w:tcW w:w="6034" w:type="dxa"/>
            <w:shd w:val="clear" w:color="auto" w:fill="auto"/>
          </w:tcPr>
          <w:p w14:paraId="1BE9216F" w14:textId="77777777" w:rsidR="0006159E" w:rsidRPr="00F560E6" w:rsidRDefault="0006159E" w:rsidP="00F560E6">
            <w:pPr>
              <w:spacing w:after="0" w:line="240" w:lineRule="auto"/>
            </w:pPr>
          </w:p>
        </w:tc>
      </w:tr>
      <w:tr w:rsidR="0006159E" w:rsidRPr="00F560E6" w14:paraId="183CCDD9" w14:textId="77777777" w:rsidTr="00F560E6">
        <w:tc>
          <w:tcPr>
            <w:tcW w:w="2822" w:type="dxa"/>
            <w:shd w:val="clear" w:color="auto" w:fill="auto"/>
          </w:tcPr>
          <w:p w14:paraId="7685CC62" w14:textId="77777777" w:rsidR="0006159E" w:rsidRPr="00F560E6" w:rsidRDefault="0006159E" w:rsidP="00F560E6">
            <w:pPr>
              <w:spacing w:after="0" w:line="240" w:lineRule="auto"/>
            </w:pPr>
            <w:proofErr w:type="spellStart"/>
            <w:r w:rsidRPr="00F560E6">
              <w:t>สาขาวิชา</w:t>
            </w:r>
            <w:proofErr w:type="spellEnd"/>
            <w:r w:rsidRPr="00F560E6">
              <w:t>:</w:t>
            </w:r>
          </w:p>
        </w:tc>
        <w:tc>
          <w:tcPr>
            <w:tcW w:w="6034" w:type="dxa"/>
            <w:shd w:val="clear" w:color="auto" w:fill="auto"/>
          </w:tcPr>
          <w:p w14:paraId="05FEBA46" w14:textId="77777777" w:rsidR="0006159E" w:rsidRPr="00F560E6" w:rsidRDefault="0006159E" w:rsidP="00F560E6">
            <w:pPr>
              <w:spacing w:after="0" w:line="240" w:lineRule="auto"/>
            </w:pPr>
          </w:p>
        </w:tc>
      </w:tr>
      <w:tr w:rsidR="0006159E" w:rsidRPr="00F560E6" w14:paraId="2E6007D0" w14:textId="77777777" w:rsidTr="00F560E6">
        <w:tc>
          <w:tcPr>
            <w:tcW w:w="2822" w:type="dxa"/>
            <w:shd w:val="clear" w:color="auto" w:fill="auto"/>
          </w:tcPr>
          <w:p w14:paraId="6FB1BD12" w14:textId="77777777" w:rsidR="0006159E" w:rsidRPr="00F560E6" w:rsidRDefault="0006159E" w:rsidP="00F560E6">
            <w:pPr>
              <w:spacing w:after="0" w:line="240" w:lineRule="auto"/>
            </w:pPr>
            <w:proofErr w:type="spellStart"/>
            <w:r w:rsidRPr="00F560E6">
              <w:t>สถานที่ฝึกงาน</w:t>
            </w:r>
            <w:proofErr w:type="spellEnd"/>
            <w:r w:rsidRPr="00F560E6">
              <w:t>:</w:t>
            </w:r>
          </w:p>
        </w:tc>
        <w:tc>
          <w:tcPr>
            <w:tcW w:w="6034" w:type="dxa"/>
            <w:shd w:val="clear" w:color="auto" w:fill="auto"/>
          </w:tcPr>
          <w:p w14:paraId="10AF4112" w14:textId="77777777" w:rsidR="0006159E" w:rsidRPr="00F560E6" w:rsidRDefault="0006159E" w:rsidP="00F560E6">
            <w:pPr>
              <w:spacing w:after="0" w:line="240" w:lineRule="auto"/>
            </w:pPr>
          </w:p>
        </w:tc>
      </w:tr>
      <w:tr w:rsidR="0006159E" w:rsidRPr="00F560E6" w14:paraId="3FC877A8" w14:textId="77777777" w:rsidTr="00F560E6">
        <w:tc>
          <w:tcPr>
            <w:tcW w:w="2822" w:type="dxa"/>
            <w:shd w:val="clear" w:color="auto" w:fill="auto"/>
          </w:tcPr>
          <w:p w14:paraId="351879D9" w14:textId="1A33E291" w:rsidR="0006159E" w:rsidRPr="00F560E6" w:rsidRDefault="0006159E" w:rsidP="00F560E6">
            <w:pPr>
              <w:spacing w:after="0" w:line="240" w:lineRule="auto"/>
            </w:pPr>
            <w:proofErr w:type="spellStart"/>
            <w:r w:rsidRPr="00F560E6">
              <w:t>ชื่อ</w:t>
            </w:r>
            <w:proofErr w:type="spellEnd"/>
            <w:r w:rsidR="00972DB7">
              <w:rPr>
                <w:rFonts w:cs="TH SarabunPSK" w:hint="cs"/>
                <w:szCs w:val="32"/>
                <w:cs/>
                <w:lang w:bidi="th-TH"/>
              </w:rPr>
              <w:t>ผู้ดูแลนักศึกษา</w:t>
            </w:r>
            <w:r w:rsidRPr="00F560E6">
              <w:t>:</w:t>
            </w:r>
          </w:p>
        </w:tc>
        <w:tc>
          <w:tcPr>
            <w:tcW w:w="6034" w:type="dxa"/>
            <w:shd w:val="clear" w:color="auto" w:fill="auto"/>
          </w:tcPr>
          <w:p w14:paraId="07075805" w14:textId="77777777" w:rsidR="0006159E" w:rsidRPr="00F560E6" w:rsidRDefault="0006159E" w:rsidP="00F560E6">
            <w:pPr>
              <w:spacing w:after="0" w:line="240" w:lineRule="auto"/>
            </w:pPr>
          </w:p>
        </w:tc>
      </w:tr>
    </w:tbl>
    <w:p w14:paraId="08A33895" w14:textId="77777777" w:rsidR="00B73F92" w:rsidRDefault="00B73F92"/>
    <w:p w14:paraId="78BE69B8" w14:textId="77777777" w:rsidR="00B73F92" w:rsidRPr="0006159E" w:rsidRDefault="00000000" w:rsidP="0006159E">
      <w:pPr>
        <w:jc w:val="center"/>
        <w:rPr>
          <w:b/>
          <w:bCs/>
        </w:rPr>
      </w:pPr>
      <w:proofErr w:type="spellStart"/>
      <w:r w:rsidRPr="0006159E">
        <w:rPr>
          <w:b/>
          <w:bCs/>
        </w:rPr>
        <w:t>ตารางบันทึกเวลาปฏิบัติงาน</w:t>
      </w:r>
      <w:proofErr w:type="spellEnd"/>
    </w:p>
    <w:tbl>
      <w:tblPr>
        <w:tblW w:w="88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93"/>
        <w:gridCol w:w="1559"/>
        <w:gridCol w:w="1843"/>
        <w:gridCol w:w="1701"/>
        <w:gridCol w:w="1701"/>
      </w:tblGrid>
      <w:tr w:rsidR="0006159E" w:rsidRPr="00F560E6" w14:paraId="42317A9B" w14:textId="77777777" w:rsidTr="00F560E6">
        <w:tc>
          <w:tcPr>
            <w:tcW w:w="2093" w:type="dxa"/>
            <w:shd w:val="clear" w:color="auto" w:fill="auto"/>
          </w:tcPr>
          <w:p w14:paraId="3BEA9D86" w14:textId="77777777" w:rsidR="0006159E" w:rsidRPr="00F560E6" w:rsidRDefault="00C44DB2" w:rsidP="00F560E6">
            <w:pPr>
              <w:spacing w:after="0" w:line="240" w:lineRule="auto"/>
            </w:pPr>
            <w:proofErr w:type="spellStart"/>
            <w:r w:rsidRPr="001C2645">
              <w:rPr>
                <w:rFonts w:cs="TH SarabunPSK" w:hint="cs"/>
                <w:szCs w:val="32"/>
              </w:rPr>
              <w:t>วัน</w:t>
            </w:r>
            <w:proofErr w:type="spellEnd"/>
            <w:r w:rsidRPr="001C2645">
              <w:rPr>
                <w:rFonts w:cs="TH SarabunPSK" w:hint="cs"/>
                <w:szCs w:val="32"/>
                <w:lang w:bidi="th-TH"/>
              </w:rPr>
              <w:t>/</w:t>
            </w:r>
            <w:r w:rsidRPr="001C2645">
              <w:rPr>
                <w:rFonts w:cs="TH SarabunPSK" w:hint="cs"/>
                <w:szCs w:val="32"/>
                <w:cs/>
                <w:lang w:bidi="th-TH"/>
              </w:rPr>
              <w:t>เดือน/ปี</w:t>
            </w:r>
          </w:p>
        </w:tc>
        <w:tc>
          <w:tcPr>
            <w:tcW w:w="1559" w:type="dxa"/>
            <w:shd w:val="clear" w:color="auto" w:fill="auto"/>
          </w:tcPr>
          <w:p w14:paraId="32A9E3E3" w14:textId="77777777" w:rsidR="0006159E" w:rsidRPr="00F560E6" w:rsidRDefault="0006159E" w:rsidP="00F560E6">
            <w:pPr>
              <w:spacing w:after="0" w:line="240" w:lineRule="auto"/>
            </w:pPr>
            <w:proofErr w:type="spellStart"/>
            <w:r w:rsidRPr="00F560E6">
              <w:t>เวลาเข้า</w:t>
            </w:r>
            <w:proofErr w:type="spellEnd"/>
          </w:p>
        </w:tc>
        <w:tc>
          <w:tcPr>
            <w:tcW w:w="1843" w:type="dxa"/>
            <w:shd w:val="clear" w:color="auto" w:fill="auto"/>
          </w:tcPr>
          <w:p w14:paraId="3A985CDF" w14:textId="77777777" w:rsidR="0006159E" w:rsidRPr="00F560E6" w:rsidRDefault="0006159E" w:rsidP="00F560E6">
            <w:pPr>
              <w:spacing w:after="0" w:line="240" w:lineRule="auto"/>
            </w:pPr>
            <w:proofErr w:type="spellStart"/>
            <w:r w:rsidRPr="00F560E6">
              <w:t>เวลาออก</w:t>
            </w:r>
            <w:proofErr w:type="spellEnd"/>
          </w:p>
        </w:tc>
        <w:tc>
          <w:tcPr>
            <w:tcW w:w="1701" w:type="dxa"/>
            <w:shd w:val="clear" w:color="auto" w:fill="auto"/>
          </w:tcPr>
          <w:p w14:paraId="022FB5F3" w14:textId="77777777" w:rsidR="0006159E" w:rsidRPr="00F560E6" w:rsidRDefault="0006159E" w:rsidP="00F560E6">
            <w:pPr>
              <w:spacing w:after="0" w:line="240" w:lineRule="auto"/>
            </w:pPr>
            <w:proofErr w:type="spellStart"/>
            <w:r w:rsidRPr="00F560E6">
              <w:t>จำนวนชั่วโมง</w:t>
            </w:r>
            <w:proofErr w:type="spellEnd"/>
          </w:p>
        </w:tc>
        <w:tc>
          <w:tcPr>
            <w:tcW w:w="1701" w:type="dxa"/>
            <w:shd w:val="clear" w:color="auto" w:fill="auto"/>
          </w:tcPr>
          <w:p w14:paraId="7B63E412" w14:textId="6CF6AE5C" w:rsidR="0006159E" w:rsidRPr="00F560E6" w:rsidRDefault="00911830" w:rsidP="00F560E6">
            <w:pPr>
              <w:spacing w:after="0" w:line="240" w:lineRule="auto"/>
            </w:pPr>
            <w:r>
              <w:rPr>
                <w:rFonts w:cs="TH SarabunPSK" w:hint="cs"/>
                <w:szCs w:val="32"/>
                <w:cs/>
                <w:lang w:bidi="th-TH"/>
              </w:rPr>
              <w:t>ผู้ดูแลนักศึกษา</w:t>
            </w:r>
          </w:p>
        </w:tc>
      </w:tr>
      <w:tr w:rsidR="0006159E" w:rsidRPr="00F560E6" w14:paraId="3EF89434" w14:textId="77777777" w:rsidTr="00F560E6">
        <w:tc>
          <w:tcPr>
            <w:tcW w:w="2093" w:type="dxa"/>
            <w:shd w:val="clear" w:color="auto" w:fill="auto"/>
          </w:tcPr>
          <w:p w14:paraId="7F3964A5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559" w:type="dxa"/>
            <w:shd w:val="clear" w:color="auto" w:fill="auto"/>
          </w:tcPr>
          <w:p w14:paraId="57D71410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auto"/>
          </w:tcPr>
          <w:p w14:paraId="7129890B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617B6607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5605FE46" w14:textId="77777777" w:rsidR="0006159E" w:rsidRPr="00F560E6" w:rsidRDefault="0006159E" w:rsidP="00F560E6">
            <w:pPr>
              <w:spacing w:after="0" w:line="240" w:lineRule="auto"/>
            </w:pPr>
          </w:p>
        </w:tc>
      </w:tr>
      <w:tr w:rsidR="0006159E" w:rsidRPr="00F560E6" w14:paraId="55ECA14B" w14:textId="77777777" w:rsidTr="00F560E6">
        <w:tc>
          <w:tcPr>
            <w:tcW w:w="2093" w:type="dxa"/>
            <w:shd w:val="clear" w:color="auto" w:fill="auto"/>
          </w:tcPr>
          <w:p w14:paraId="615A6163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559" w:type="dxa"/>
            <w:shd w:val="clear" w:color="auto" w:fill="auto"/>
          </w:tcPr>
          <w:p w14:paraId="6356EC47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auto"/>
          </w:tcPr>
          <w:p w14:paraId="18B34D6A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31ADAB62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6E949A34" w14:textId="77777777" w:rsidR="0006159E" w:rsidRPr="00F560E6" w:rsidRDefault="0006159E" w:rsidP="00F560E6">
            <w:pPr>
              <w:spacing w:after="0" w:line="240" w:lineRule="auto"/>
            </w:pPr>
          </w:p>
        </w:tc>
      </w:tr>
      <w:tr w:rsidR="0006159E" w:rsidRPr="00F560E6" w14:paraId="6E9326B0" w14:textId="77777777" w:rsidTr="00F560E6">
        <w:tc>
          <w:tcPr>
            <w:tcW w:w="2093" w:type="dxa"/>
            <w:shd w:val="clear" w:color="auto" w:fill="auto"/>
          </w:tcPr>
          <w:p w14:paraId="71F4A35E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559" w:type="dxa"/>
            <w:shd w:val="clear" w:color="auto" w:fill="auto"/>
          </w:tcPr>
          <w:p w14:paraId="512C4748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auto"/>
          </w:tcPr>
          <w:p w14:paraId="2AB771FE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5A9CF922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530E81B7" w14:textId="77777777" w:rsidR="0006159E" w:rsidRPr="00F560E6" w:rsidRDefault="0006159E" w:rsidP="00F560E6">
            <w:pPr>
              <w:spacing w:after="0" w:line="240" w:lineRule="auto"/>
            </w:pPr>
          </w:p>
        </w:tc>
      </w:tr>
      <w:tr w:rsidR="0006159E" w:rsidRPr="00F560E6" w14:paraId="5FC79984" w14:textId="77777777" w:rsidTr="00F560E6">
        <w:tc>
          <w:tcPr>
            <w:tcW w:w="2093" w:type="dxa"/>
            <w:shd w:val="clear" w:color="auto" w:fill="auto"/>
          </w:tcPr>
          <w:p w14:paraId="1E402CA5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559" w:type="dxa"/>
            <w:shd w:val="clear" w:color="auto" w:fill="auto"/>
          </w:tcPr>
          <w:p w14:paraId="1EFD6F6A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auto"/>
          </w:tcPr>
          <w:p w14:paraId="7BA7F532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75766823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5A85F2FC" w14:textId="77777777" w:rsidR="0006159E" w:rsidRPr="00F560E6" w:rsidRDefault="0006159E" w:rsidP="00F560E6">
            <w:pPr>
              <w:spacing w:after="0" w:line="240" w:lineRule="auto"/>
            </w:pPr>
          </w:p>
        </w:tc>
      </w:tr>
      <w:tr w:rsidR="0006159E" w:rsidRPr="00F560E6" w14:paraId="385F362A" w14:textId="77777777" w:rsidTr="00F560E6">
        <w:tc>
          <w:tcPr>
            <w:tcW w:w="2093" w:type="dxa"/>
            <w:shd w:val="clear" w:color="auto" w:fill="auto"/>
          </w:tcPr>
          <w:p w14:paraId="07595358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559" w:type="dxa"/>
            <w:shd w:val="clear" w:color="auto" w:fill="auto"/>
          </w:tcPr>
          <w:p w14:paraId="08DF0A26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auto"/>
          </w:tcPr>
          <w:p w14:paraId="6F95099A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439E42D2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29763F18" w14:textId="77777777" w:rsidR="0006159E" w:rsidRPr="00F560E6" w:rsidRDefault="0006159E" w:rsidP="00F560E6">
            <w:pPr>
              <w:spacing w:after="0" w:line="240" w:lineRule="auto"/>
            </w:pPr>
          </w:p>
        </w:tc>
      </w:tr>
      <w:tr w:rsidR="0006159E" w:rsidRPr="00F560E6" w14:paraId="16FB127F" w14:textId="77777777" w:rsidTr="00F560E6">
        <w:tc>
          <w:tcPr>
            <w:tcW w:w="2093" w:type="dxa"/>
            <w:shd w:val="clear" w:color="auto" w:fill="auto"/>
          </w:tcPr>
          <w:p w14:paraId="37ADB6CF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559" w:type="dxa"/>
            <w:shd w:val="clear" w:color="auto" w:fill="auto"/>
          </w:tcPr>
          <w:p w14:paraId="1E4AFCF7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auto"/>
          </w:tcPr>
          <w:p w14:paraId="3DD75A6F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09B531D7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0745AC99" w14:textId="77777777" w:rsidR="0006159E" w:rsidRPr="00F560E6" w:rsidRDefault="0006159E" w:rsidP="00F560E6">
            <w:pPr>
              <w:spacing w:after="0" w:line="240" w:lineRule="auto"/>
            </w:pPr>
          </w:p>
        </w:tc>
      </w:tr>
      <w:tr w:rsidR="0006159E" w:rsidRPr="00F560E6" w14:paraId="37C4B13B" w14:textId="77777777" w:rsidTr="00F560E6">
        <w:tc>
          <w:tcPr>
            <w:tcW w:w="2093" w:type="dxa"/>
            <w:shd w:val="clear" w:color="auto" w:fill="auto"/>
          </w:tcPr>
          <w:p w14:paraId="39014C5B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559" w:type="dxa"/>
            <w:shd w:val="clear" w:color="auto" w:fill="auto"/>
          </w:tcPr>
          <w:p w14:paraId="01DB1E12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auto"/>
          </w:tcPr>
          <w:p w14:paraId="4E1D584D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56D171EB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3C0C1D16" w14:textId="77777777" w:rsidR="0006159E" w:rsidRPr="00F560E6" w:rsidRDefault="0006159E" w:rsidP="00F560E6">
            <w:pPr>
              <w:spacing w:after="0" w:line="240" w:lineRule="auto"/>
            </w:pPr>
          </w:p>
        </w:tc>
      </w:tr>
      <w:tr w:rsidR="0006159E" w:rsidRPr="00F560E6" w14:paraId="5F562FFD" w14:textId="77777777" w:rsidTr="00F560E6">
        <w:tc>
          <w:tcPr>
            <w:tcW w:w="2093" w:type="dxa"/>
            <w:shd w:val="clear" w:color="auto" w:fill="auto"/>
          </w:tcPr>
          <w:p w14:paraId="0FCFEEEA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559" w:type="dxa"/>
            <w:shd w:val="clear" w:color="auto" w:fill="auto"/>
          </w:tcPr>
          <w:p w14:paraId="370D4F9D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auto"/>
          </w:tcPr>
          <w:p w14:paraId="14B41440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5B79A966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65649933" w14:textId="77777777" w:rsidR="0006159E" w:rsidRPr="00F560E6" w:rsidRDefault="0006159E" w:rsidP="00F560E6">
            <w:pPr>
              <w:spacing w:after="0" w:line="240" w:lineRule="auto"/>
            </w:pPr>
          </w:p>
        </w:tc>
      </w:tr>
      <w:tr w:rsidR="0006159E" w:rsidRPr="00F560E6" w14:paraId="0BC4076E" w14:textId="77777777" w:rsidTr="00F560E6">
        <w:tc>
          <w:tcPr>
            <w:tcW w:w="2093" w:type="dxa"/>
            <w:shd w:val="clear" w:color="auto" w:fill="auto"/>
          </w:tcPr>
          <w:p w14:paraId="087BDD6C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559" w:type="dxa"/>
            <w:shd w:val="clear" w:color="auto" w:fill="auto"/>
          </w:tcPr>
          <w:p w14:paraId="12EA29EA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auto"/>
          </w:tcPr>
          <w:p w14:paraId="3C56B9E5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66264F65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66C0C149" w14:textId="77777777" w:rsidR="0006159E" w:rsidRPr="00F560E6" w:rsidRDefault="0006159E" w:rsidP="00F560E6">
            <w:pPr>
              <w:spacing w:after="0" w:line="240" w:lineRule="auto"/>
            </w:pPr>
          </w:p>
        </w:tc>
      </w:tr>
      <w:tr w:rsidR="0006159E" w:rsidRPr="00F560E6" w14:paraId="38FF5C6F" w14:textId="77777777" w:rsidTr="00F560E6">
        <w:tc>
          <w:tcPr>
            <w:tcW w:w="2093" w:type="dxa"/>
            <w:shd w:val="clear" w:color="auto" w:fill="auto"/>
          </w:tcPr>
          <w:p w14:paraId="7A5DCEBD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559" w:type="dxa"/>
            <w:shd w:val="clear" w:color="auto" w:fill="auto"/>
          </w:tcPr>
          <w:p w14:paraId="7BD1294F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auto"/>
          </w:tcPr>
          <w:p w14:paraId="222AB742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5BC526AE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3569DAE5" w14:textId="77777777" w:rsidR="0006159E" w:rsidRPr="00F560E6" w:rsidRDefault="0006159E" w:rsidP="00F560E6">
            <w:pPr>
              <w:spacing w:after="0" w:line="240" w:lineRule="auto"/>
            </w:pPr>
          </w:p>
        </w:tc>
      </w:tr>
      <w:tr w:rsidR="0006159E" w:rsidRPr="00F560E6" w14:paraId="14DB9CCB" w14:textId="77777777" w:rsidTr="00F560E6">
        <w:tc>
          <w:tcPr>
            <w:tcW w:w="2093" w:type="dxa"/>
            <w:shd w:val="clear" w:color="auto" w:fill="auto"/>
          </w:tcPr>
          <w:p w14:paraId="3789CE9D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559" w:type="dxa"/>
            <w:shd w:val="clear" w:color="auto" w:fill="auto"/>
          </w:tcPr>
          <w:p w14:paraId="3CC83108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auto"/>
          </w:tcPr>
          <w:p w14:paraId="670DCB22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1736BF48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2A54DE29" w14:textId="77777777" w:rsidR="0006159E" w:rsidRPr="00F560E6" w:rsidRDefault="0006159E" w:rsidP="00F560E6">
            <w:pPr>
              <w:spacing w:after="0" w:line="240" w:lineRule="auto"/>
            </w:pPr>
          </w:p>
        </w:tc>
      </w:tr>
      <w:tr w:rsidR="0006159E" w:rsidRPr="00F560E6" w14:paraId="1A334E3C" w14:textId="77777777" w:rsidTr="00F560E6">
        <w:tc>
          <w:tcPr>
            <w:tcW w:w="2093" w:type="dxa"/>
            <w:shd w:val="clear" w:color="auto" w:fill="auto"/>
          </w:tcPr>
          <w:p w14:paraId="481ADFAD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559" w:type="dxa"/>
            <w:shd w:val="clear" w:color="auto" w:fill="auto"/>
          </w:tcPr>
          <w:p w14:paraId="4A03D813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auto"/>
          </w:tcPr>
          <w:p w14:paraId="10851DC8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5DD44311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331DD2F8" w14:textId="77777777" w:rsidR="0006159E" w:rsidRPr="00F560E6" w:rsidRDefault="0006159E" w:rsidP="00F560E6">
            <w:pPr>
              <w:spacing w:after="0" w:line="240" w:lineRule="auto"/>
            </w:pPr>
          </w:p>
        </w:tc>
      </w:tr>
      <w:tr w:rsidR="0006159E" w:rsidRPr="00F560E6" w14:paraId="47A8B513" w14:textId="77777777" w:rsidTr="00F560E6">
        <w:tc>
          <w:tcPr>
            <w:tcW w:w="2093" w:type="dxa"/>
            <w:shd w:val="clear" w:color="auto" w:fill="auto"/>
          </w:tcPr>
          <w:p w14:paraId="3D4D1AFB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559" w:type="dxa"/>
            <w:shd w:val="clear" w:color="auto" w:fill="auto"/>
          </w:tcPr>
          <w:p w14:paraId="5210D817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auto"/>
          </w:tcPr>
          <w:p w14:paraId="6B3EBA14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6075754B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1521AAF8" w14:textId="77777777" w:rsidR="0006159E" w:rsidRPr="00F560E6" w:rsidRDefault="0006159E" w:rsidP="00F560E6">
            <w:pPr>
              <w:spacing w:after="0" w:line="240" w:lineRule="auto"/>
            </w:pPr>
          </w:p>
        </w:tc>
      </w:tr>
      <w:tr w:rsidR="0006159E" w:rsidRPr="00F560E6" w14:paraId="680EA9D5" w14:textId="77777777" w:rsidTr="00F560E6">
        <w:tc>
          <w:tcPr>
            <w:tcW w:w="2093" w:type="dxa"/>
            <w:shd w:val="clear" w:color="auto" w:fill="auto"/>
          </w:tcPr>
          <w:p w14:paraId="2E377099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559" w:type="dxa"/>
            <w:shd w:val="clear" w:color="auto" w:fill="auto"/>
          </w:tcPr>
          <w:p w14:paraId="1FE75721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auto"/>
          </w:tcPr>
          <w:p w14:paraId="090653A6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52C3C5CB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3B87E951" w14:textId="77777777" w:rsidR="0006159E" w:rsidRPr="00F560E6" w:rsidRDefault="0006159E" w:rsidP="00F560E6">
            <w:pPr>
              <w:spacing w:after="0" w:line="240" w:lineRule="auto"/>
            </w:pPr>
          </w:p>
        </w:tc>
      </w:tr>
      <w:tr w:rsidR="0006159E" w:rsidRPr="00F560E6" w14:paraId="459BF07D" w14:textId="77777777" w:rsidTr="00F560E6">
        <w:tc>
          <w:tcPr>
            <w:tcW w:w="2093" w:type="dxa"/>
            <w:shd w:val="clear" w:color="auto" w:fill="auto"/>
          </w:tcPr>
          <w:p w14:paraId="15962F51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559" w:type="dxa"/>
            <w:shd w:val="clear" w:color="auto" w:fill="auto"/>
          </w:tcPr>
          <w:p w14:paraId="3DA1EF39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auto"/>
          </w:tcPr>
          <w:p w14:paraId="08632B69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5F851C7B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10A28383" w14:textId="77777777" w:rsidR="0006159E" w:rsidRPr="00F560E6" w:rsidRDefault="0006159E" w:rsidP="00F560E6">
            <w:pPr>
              <w:spacing w:after="0" w:line="240" w:lineRule="auto"/>
            </w:pPr>
          </w:p>
        </w:tc>
      </w:tr>
      <w:tr w:rsidR="0006159E" w:rsidRPr="00F560E6" w14:paraId="24BE98E9" w14:textId="77777777" w:rsidTr="00F560E6">
        <w:tc>
          <w:tcPr>
            <w:tcW w:w="2093" w:type="dxa"/>
            <w:shd w:val="clear" w:color="auto" w:fill="auto"/>
          </w:tcPr>
          <w:p w14:paraId="0A65B239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559" w:type="dxa"/>
            <w:shd w:val="clear" w:color="auto" w:fill="auto"/>
          </w:tcPr>
          <w:p w14:paraId="7A72DAC4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auto"/>
          </w:tcPr>
          <w:p w14:paraId="233F9BE6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5A4C826C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44344818" w14:textId="77777777" w:rsidR="0006159E" w:rsidRPr="00F560E6" w:rsidRDefault="0006159E" w:rsidP="00F560E6">
            <w:pPr>
              <w:spacing w:after="0" w:line="240" w:lineRule="auto"/>
            </w:pPr>
          </w:p>
        </w:tc>
      </w:tr>
      <w:tr w:rsidR="0006159E" w:rsidRPr="00F560E6" w14:paraId="4C86CCD0" w14:textId="77777777" w:rsidTr="00F560E6">
        <w:tc>
          <w:tcPr>
            <w:tcW w:w="2093" w:type="dxa"/>
            <w:shd w:val="clear" w:color="auto" w:fill="auto"/>
          </w:tcPr>
          <w:p w14:paraId="3EFCF477" w14:textId="77777777" w:rsidR="0006159E" w:rsidRPr="00F560E6" w:rsidRDefault="00C44DB2" w:rsidP="00F560E6">
            <w:pPr>
              <w:spacing w:after="0" w:line="240" w:lineRule="auto"/>
            </w:pPr>
            <w:proofErr w:type="spellStart"/>
            <w:r w:rsidRPr="001C2645">
              <w:rPr>
                <w:rFonts w:cs="TH SarabunPSK" w:hint="cs"/>
                <w:szCs w:val="32"/>
              </w:rPr>
              <w:lastRenderedPageBreak/>
              <w:t>วัน</w:t>
            </w:r>
            <w:proofErr w:type="spellEnd"/>
            <w:r w:rsidRPr="001C2645">
              <w:rPr>
                <w:rFonts w:cs="TH SarabunPSK" w:hint="cs"/>
                <w:szCs w:val="32"/>
                <w:lang w:bidi="th-TH"/>
              </w:rPr>
              <w:t>/</w:t>
            </w:r>
            <w:r w:rsidRPr="001C2645">
              <w:rPr>
                <w:rFonts w:cs="TH SarabunPSK" w:hint="cs"/>
                <w:szCs w:val="32"/>
                <w:cs/>
                <w:lang w:bidi="th-TH"/>
              </w:rPr>
              <w:t>เดือน/ปี</w:t>
            </w:r>
          </w:p>
        </w:tc>
        <w:tc>
          <w:tcPr>
            <w:tcW w:w="1559" w:type="dxa"/>
            <w:shd w:val="clear" w:color="auto" w:fill="auto"/>
          </w:tcPr>
          <w:p w14:paraId="093B608F" w14:textId="77777777" w:rsidR="0006159E" w:rsidRPr="00F560E6" w:rsidRDefault="0006159E" w:rsidP="00F560E6">
            <w:pPr>
              <w:spacing w:after="0" w:line="240" w:lineRule="auto"/>
            </w:pPr>
            <w:proofErr w:type="spellStart"/>
            <w:r w:rsidRPr="00F560E6">
              <w:t>เวลาเข้า</w:t>
            </w:r>
            <w:proofErr w:type="spellEnd"/>
          </w:p>
        </w:tc>
        <w:tc>
          <w:tcPr>
            <w:tcW w:w="1843" w:type="dxa"/>
            <w:shd w:val="clear" w:color="auto" w:fill="auto"/>
          </w:tcPr>
          <w:p w14:paraId="45F413EF" w14:textId="77777777" w:rsidR="0006159E" w:rsidRPr="00F560E6" w:rsidRDefault="0006159E" w:rsidP="00F560E6">
            <w:pPr>
              <w:spacing w:after="0" w:line="240" w:lineRule="auto"/>
            </w:pPr>
            <w:proofErr w:type="spellStart"/>
            <w:r w:rsidRPr="00F560E6">
              <w:t>เวลาออก</w:t>
            </w:r>
            <w:proofErr w:type="spellEnd"/>
          </w:p>
        </w:tc>
        <w:tc>
          <w:tcPr>
            <w:tcW w:w="1701" w:type="dxa"/>
            <w:shd w:val="clear" w:color="auto" w:fill="auto"/>
          </w:tcPr>
          <w:p w14:paraId="3FAD8454" w14:textId="77777777" w:rsidR="0006159E" w:rsidRPr="00F560E6" w:rsidRDefault="0006159E" w:rsidP="00F560E6">
            <w:pPr>
              <w:spacing w:after="0" w:line="240" w:lineRule="auto"/>
            </w:pPr>
            <w:proofErr w:type="spellStart"/>
            <w:r w:rsidRPr="00F560E6">
              <w:t>จำนวนชั่วโมง</w:t>
            </w:r>
            <w:proofErr w:type="spellEnd"/>
          </w:p>
        </w:tc>
        <w:tc>
          <w:tcPr>
            <w:tcW w:w="1701" w:type="dxa"/>
            <w:shd w:val="clear" w:color="auto" w:fill="auto"/>
          </w:tcPr>
          <w:p w14:paraId="7EBA4F72" w14:textId="592B75B4" w:rsidR="0006159E" w:rsidRPr="00F560E6" w:rsidRDefault="00911830" w:rsidP="00F560E6">
            <w:pPr>
              <w:spacing w:after="0" w:line="240" w:lineRule="auto"/>
            </w:pPr>
            <w:r>
              <w:rPr>
                <w:rFonts w:cs="TH SarabunPSK" w:hint="cs"/>
                <w:szCs w:val="32"/>
                <w:cs/>
                <w:lang w:bidi="th-TH"/>
              </w:rPr>
              <w:t>ผู้ดูแลนักศึกษา</w:t>
            </w:r>
          </w:p>
        </w:tc>
      </w:tr>
      <w:tr w:rsidR="0006159E" w:rsidRPr="00F560E6" w14:paraId="7F034B4D" w14:textId="77777777" w:rsidTr="00F560E6">
        <w:tc>
          <w:tcPr>
            <w:tcW w:w="2093" w:type="dxa"/>
            <w:shd w:val="clear" w:color="auto" w:fill="auto"/>
          </w:tcPr>
          <w:p w14:paraId="6A6C1FE7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559" w:type="dxa"/>
            <w:shd w:val="clear" w:color="auto" w:fill="auto"/>
          </w:tcPr>
          <w:p w14:paraId="5110C0AD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auto"/>
          </w:tcPr>
          <w:p w14:paraId="0ABC8BEF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7E51168E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07DB3169" w14:textId="77777777" w:rsidR="0006159E" w:rsidRPr="00F560E6" w:rsidRDefault="0006159E" w:rsidP="00F560E6">
            <w:pPr>
              <w:spacing w:after="0" w:line="240" w:lineRule="auto"/>
            </w:pPr>
          </w:p>
        </w:tc>
      </w:tr>
      <w:tr w:rsidR="0006159E" w:rsidRPr="00F560E6" w14:paraId="3024F0C9" w14:textId="77777777" w:rsidTr="00F560E6">
        <w:tc>
          <w:tcPr>
            <w:tcW w:w="2093" w:type="dxa"/>
            <w:shd w:val="clear" w:color="auto" w:fill="auto"/>
          </w:tcPr>
          <w:p w14:paraId="3C6CD816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559" w:type="dxa"/>
            <w:shd w:val="clear" w:color="auto" w:fill="auto"/>
          </w:tcPr>
          <w:p w14:paraId="36AA9B6F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auto"/>
          </w:tcPr>
          <w:p w14:paraId="4A19CA30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5A6E7D9C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5BD5B245" w14:textId="77777777" w:rsidR="0006159E" w:rsidRPr="00F560E6" w:rsidRDefault="0006159E" w:rsidP="00F560E6">
            <w:pPr>
              <w:spacing w:after="0" w:line="240" w:lineRule="auto"/>
            </w:pPr>
          </w:p>
        </w:tc>
      </w:tr>
      <w:tr w:rsidR="0006159E" w:rsidRPr="00F560E6" w14:paraId="4F7C1601" w14:textId="77777777" w:rsidTr="00F560E6">
        <w:tc>
          <w:tcPr>
            <w:tcW w:w="2093" w:type="dxa"/>
            <w:shd w:val="clear" w:color="auto" w:fill="auto"/>
          </w:tcPr>
          <w:p w14:paraId="14362231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559" w:type="dxa"/>
            <w:shd w:val="clear" w:color="auto" w:fill="auto"/>
          </w:tcPr>
          <w:p w14:paraId="7BCA7D1A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auto"/>
          </w:tcPr>
          <w:p w14:paraId="222E3D57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62F405D9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46914E77" w14:textId="77777777" w:rsidR="0006159E" w:rsidRPr="00F560E6" w:rsidRDefault="0006159E" w:rsidP="00F560E6">
            <w:pPr>
              <w:spacing w:after="0" w:line="240" w:lineRule="auto"/>
            </w:pPr>
          </w:p>
        </w:tc>
      </w:tr>
      <w:tr w:rsidR="0006159E" w:rsidRPr="00F560E6" w14:paraId="55B9C9E9" w14:textId="77777777" w:rsidTr="00F560E6">
        <w:tc>
          <w:tcPr>
            <w:tcW w:w="2093" w:type="dxa"/>
            <w:shd w:val="clear" w:color="auto" w:fill="auto"/>
          </w:tcPr>
          <w:p w14:paraId="6664F7FB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559" w:type="dxa"/>
            <w:shd w:val="clear" w:color="auto" w:fill="auto"/>
          </w:tcPr>
          <w:p w14:paraId="4A8A4D4C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auto"/>
          </w:tcPr>
          <w:p w14:paraId="36C432C7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1FDCD1CA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7568EF85" w14:textId="77777777" w:rsidR="0006159E" w:rsidRPr="00F560E6" w:rsidRDefault="0006159E" w:rsidP="00F560E6">
            <w:pPr>
              <w:spacing w:after="0" w:line="240" w:lineRule="auto"/>
            </w:pPr>
          </w:p>
        </w:tc>
      </w:tr>
      <w:tr w:rsidR="0006159E" w:rsidRPr="00F560E6" w14:paraId="2338CABD" w14:textId="77777777" w:rsidTr="00F560E6">
        <w:tc>
          <w:tcPr>
            <w:tcW w:w="2093" w:type="dxa"/>
            <w:shd w:val="clear" w:color="auto" w:fill="auto"/>
          </w:tcPr>
          <w:p w14:paraId="5383CE94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559" w:type="dxa"/>
            <w:shd w:val="clear" w:color="auto" w:fill="auto"/>
          </w:tcPr>
          <w:p w14:paraId="0298E2EE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auto"/>
          </w:tcPr>
          <w:p w14:paraId="3E466BCC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2EA258D0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2535FD07" w14:textId="77777777" w:rsidR="0006159E" w:rsidRPr="00F560E6" w:rsidRDefault="0006159E" w:rsidP="00F560E6">
            <w:pPr>
              <w:spacing w:after="0" w:line="240" w:lineRule="auto"/>
            </w:pPr>
          </w:p>
        </w:tc>
      </w:tr>
      <w:tr w:rsidR="0006159E" w:rsidRPr="00F560E6" w14:paraId="4BC25F3D" w14:textId="77777777" w:rsidTr="00F560E6">
        <w:tc>
          <w:tcPr>
            <w:tcW w:w="2093" w:type="dxa"/>
            <w:shd w:val="clear" w:color="auto" w:fill="auto"/>
          </w:tcPr>
          <w:p w14:paraId="54C67C4A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559" w:type="dxa"/>
            <w:shd w:val="clear" w:color="auto" w:fill="auto"/>
          </w:tcPr>
          <w:p w14:paraId="5D9B1599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auto"/>
          </w:tcPr>
          <w:p w14:paraId="21986BF2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6F71E2D3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7F17B687" w14:textId="77777777" w:rsidR="0006159E" w:rsidRPr="00F560E6" w:rsidRDefault="0006159E" w:rsidP="00F560E6">
            <w:pPr>
              <w:spacing w:after="0" w:line="240" w:lineRule="auto"/>
            </w:pPr>
          </w:p>
        </w:tc>
      </w:tr>
      <w:tr w:rsidR="0006159E" w:rsidRPr="00F560E6" w14:paraId="5186DF24" w14:textId="77777777" w:rsidTr="00F560E6">
        <w:tc>
          <w:tcPr>
            <w:tcW w:w="2093" w:type="dxa"/>
            <w:shd w:val="clear" w:color="auto" w:fill="auto"/>
          </w:tcPr>
          <w:p w14:paraId="7ACC8D49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559" w:type="dxa"/>
            <w:shd w:val="clear" w:color="auto" w:fill="auto"/>
          </w:tcPr>
          <w:p w14:paraId="14551977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auto"/>
          </w:tcPr>
          <w:p w14:paraId="1FBEAC18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70DCE198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64C76BFE" w14:textId="77777777" w:rsidR="0006159E" w:rsidRPr="00F560E6" w:rsidRDefault="0006159E" w:rsidP="00F560E6">
            <w:pPr>
              <w:spacing w:after="0" w:line="240" w:lineRule="auto"/>
            </w:pPr>
          </w:p>
        </w:tc>
      </w:tr>
      <w:tr w:rsidR="0006159E" w:rsidRPr="00F560E6" w14:paraId="1749E97E" w14:textId="77777777" w:rsidTr="00F560E6">
        <w:tc>
          <w:tcPr>
            <w:tcW w:w="2093" w:type="dxa"/>
            <w:shd w:val="clear" w:color="auto" w:fill="auto"/>
          </w:tcPr>
          <w:p w14:paraId="3E2B4930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559" w:type="dxa"/>
            <w:shd w:val="clear" w:color="auto" w:fill="auto"/>
          </w:tcPr>
          <w:p w14:paraId="1DA37980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auto"/>
          </w:tcPr>
          <w:p w14:paraId="2378ECC8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712080DB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06FC475A" w14:textId="77777777" w:rsidR="0006159E" w:rsidRPr="00F560E6" w:rsidRDefault="0006159E" w:rsidP="00F560E6">
            <w:pPr>
              <w:spacing w:after="0" w:line="240" w:lineRule="auto"/>
            </w:pPr>
          </w:p>
        </w:tc>
      </w:tr>
      <w:tr w:rsidR="0006159E" w:rsidRPr="00F560E6" w14:paraId="24DB2B18" w14:textId="77777777" w:rsidTr="00F560E6">
        <w:tc>
          <w:tcPr>
            <w:tcW w:w="2093" w:type="dxa"/>
            <w:shd w:val="clear" w:color="auto" w:fill="auto"/>
          </w:tcPr>
          <w:p w14:paraId="098F372E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559" w:type="dxa"/>
            <w:shd w:val="clear" w:color="auto" w:fill="auto"/>
          </w:tcPr>
          <w:p w14:paraId="5644A039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auto"/>
          </w:tcPr>
          <w:p w14:paraId="21C3939C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67028689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66F01ED1" w14:textId="77777777" w:rsidR="0006159E" w:rsidRPr="00F560E6" w:rsidRDefault="0006159E" w:rsidP="00F560E6">
            <w:pPr>
              <w:spacing w:after="0" w:line="240" w:lineRule="auto"/>
            </w:pPr>
          </w:p>
        </w:tc>
      </w:tr>
      <w:tr w:rsidR="0006159E" w:rsidRPr="00F560E6" w14:paraId="2FE0B898" w14:textId="77777777" w:rsidTr="00F560E6">
        <w:tc>
          <w:tcPr>
            <w:tcW w:w="2093" w:type="dxa"/>
            <w:shd w:val="clear" w:color="auto" w:fill="auto"/>
          </w:tcPr>
          <w:p w14:paraId="0710F22B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559" w:type="dxa"/>
            <w:shd w:val="clear" w:color="auto" w:fill="auto"/>
          </w:tcPr>
          <w:p w14:paraId="302702CF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auto"/>
          </w:tcPr>
          <w:p w14:paraId="63A398F6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16300670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4B73ADD6" w14:textId="77777777" w:rsidR="0006159E" w:rsidRPr="00F560E6" w:rsidRDefault="0006159E" w:rsidP="00F560E6">
            <w:pPr>
              <w:spacing w:after="0" w:line="240" w:lineRule="auto"/>
            </w:pPr>
          </w:p>
        </w:tc>
      </w:tr>
      <w:tr w:rsidR="0006159E" w:rsidRPr="00F560E6" w14:paraId="68F03215" w14:textId="77777777" w:rsidTr="00F560E6">
        <w:tc>
          <w:tcPr>
            <w:tcW w:w="2093" w:type="dxa"/>
            <w:shd w:val="clear" w:color="auto" w:fill="auto"/>
          </w:tcPr>
          <w:p w14:paraId="5B166E7E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559" w:type="dxa"/>
            <w:shd w:val="clear" w:color="auto" w:fill="auto"/>
          </w:tcPr>
          <w:p w14:paraId="0699B85C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auto"/>
          </w:tcPr>
          <w:p w14:paraId="52425A11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5686244D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732B8DEA" w14:textId="77777777" w:rsidR="0006159E" w:rsidRPr="00F560E6" w:rsidRDefault="0006159E" w:rsidP="00F560E6">
            <w:pPr>
              <w:spacing w:after="0" w:line="240" w:lineRule="auto"/>
            </w:pPr>
          </w:p>
        </w:tc>
      </w:tr>
      <w:tr w:rsidR="0006159E" w:rsidRPr="00F560E6" w14:paraId="35F0B8B1" w14:textId="77777777" w:rsidTr="00F560E6">
        <w:tc>
          <w:tcPr>
            <w:tcW w:w="2093" w:type="dxa"/>
            <w:shd w:val="clear" w:color="auto" w:fill="auto"/>
          </w:tcPr>
          <w:p w14:paraId="61BE3501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559" w:type="dxa"/>
            <w:shd w:val="clear" w:color="auto" w:fill="auto"/>
          </w:tcPr>
          <w:p w14:paraId="59045E59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auto"/>
          </w:tcPr>
          <w:p w14:paraId="17A46742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191A0A2C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1705007F" w14:textId="77777777" w:rsidR="0006159E" w:rsidRPr="00F560E6" w:rsidRDefault="0006159E" w:rsidP="00F560E6">
            <w:pPr>
              <w:spacing w:after="0" w:line="240" w:lineRule="auto"/>
            </w:pPr>
          </w:p>
        </w:tc>
      </w:tr>
      <w:tr w:rsidR="0006159E" w:rsidRPr="00F560E6" w14:paraId="63CB04C6" w14:textId="77777777" w:rsidTr="00F560E6">
        <w:tc>
          <w:tcPr>
            <w:tcW w:w="2093" w:type="dxa"/>
            <w:shd w:val="clear" w:color="auto" w:fill="auto"/>
          </w:tcPr>
          <w:p w14:paraId="6EEA2CC0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559" w:type="dxa"/>
            <w:shd w:val="clear" w:color="auto" w:fill="auto"/>
          </w:tcPr>
          <w:p w14:paraId="28C3A269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auto"/>
          </w:tcPr>
          <w:p w14:paraId="743A55E8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7CFE9539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4DAF93EF" w14:textId="77777777" w:rsidR="0006159E" w:rsidRPr="00F560E6" w:rsidRDefault="0006159E" w:rsidP="00F560E6">
            <w:pPr>
              <w:spacing w:after="0" w:line="240" w:lineRule="auto"/>
            </w:pPr>
          </w:p>
        </w:tc>
      </w:tr>
      <w:tr w:rsidR="0006159E" w:rsidRPr="00F560E6" w14:paraId="5FAF177B" w14:textId="77777777" w:rsidTr="00F560E6">
        <w:tc>
          <w:tcPr>
            <w:tcW w:w="2093" w:type="dxa"/>
            <w:shd w:val="clear" w:color="auto" w:fill="auto"/>
          </w:tcPr>
          <w:p w14:paraId="7E830EAC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559" w:type="dxa"/>
            <w:shd w:val="clear" w:color="auto" w:fill="auto"/>
          </w:tcPr>
          <w:p w14:paraId="04D6C829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auto"/>
          </w:tcPr>
          <w:p w14:paraId="3EC9811F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536B4CE4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56719D5F" w14:textId="77777777" w:rsidR="0006159E" w:rsidRPr="00F560E6" w:rsidRDefault="0006159E" w:rsidP="00F560E6">
            <w:pPr>
              <w:spacing w:after="0" w:line="240" w:lineRule="auto"/>
            </w:pPr>
          </w:p>
        </w:tc>
      </w:tr>
      <w:tr w:rsidR="0006159E" w:rsidRPr="00F560E6" w14:paraId="53A567D1" w14:textId="77777777" w:rsidTr="00F560E6">
        <w:tc>
          <w:tcPr>
            <w:tcW w:w="2093" w:type="dxa"/>
            <w:shd w:val="clear" w:color="auto" w:fill="auto"/>
          </w:tcPr>
          <w:p w14:paraId="5B24BEF2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559" w:type="dxa"/>
            <w:shd w:val="clear" w:color="auto" w:fill="auto"/>
          </w:tcPr>
          <w:p w14:paraId="2BBE2E05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auto"/>
          </w:tcPr>
          <w:p w14:paraId="39F84311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0431C76F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04BCA227" w14:textId="77777777" w:rsidR="0006159E" w:rsidRPr="00F560E6" w:rsidRDefault="0006159E" w:rsidP="00F560E6">
            <w:pPr>
              <w:spacing w:after="0" w:line="240" w:lineRule="auto"/>
            </w:pPr>
          </w:p>
        </w:tc>
      </w:tr>
      <w:tr w:rsidR="0006159E" w:rsidRPr="00F560E6" w14:paraId="75A2C9D6" w14:textId="77777777" w:rsidTr="00F560E6">
        <w:tc>
          <w:tcPr>
            <w:tcW w:w="2093" w:type="dxa"/>
            <w:shd w:val="clear" w:color="auto" w:fill="auto"/>
          </w:tcPr>
          <w:p w14:paraId="0B8C98DE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559" w:type="dxa"/>
            <w:shd w:val="clear" w:color="auto" w:fill="auto"/>
          </w:tcPr>
          <w:p w14:paraId="2BD12B41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auto"/>
          </w:tcPr>
          <w:p w14:paraId="127535B5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359A131B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72DBCF0B" w14:textId="77777777" w:rsidR="0006159E" w:rsidRPr="00F560E6" w:rsidRDefault="0006159E" w:rsidP="00F560E6">
            <w:pPr>
              <w:spacing w:after="0" w:line="240" w:lineRule="auto"/>
            </w:pPr>
          </w:p>
        </w:tc>
      </w:tr>
      <w:tr w:rsidR="0006159E" w:rsidRPr="00F560E6" w14:paraId="1BBEF9C5" w14:textId="77777777" w:rsidTr="00F560E6">
        <w:tc>
          <w:tcPr>
            <w:tcW w:w="2093" w:type="dxa"/>
            <w:shd w:val="clear" w:color="auto" w:fill="auto"/>
          </w:tcPr>
          <w:p w14:paraId="012605DD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559" w:type="dxa"/>
            <w:shd w:val="clear" w:color="auto" w:fill="auto"/>
          </w:tcPr>
          <w:p w14:paraId="2ABBB126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auto"/>
          </w:tcPr>
          <w:p w14:paraId="7D87CBAE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5D9DC57D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08AE249B" w14:textId="77777777" w:rsidR="0006159E" w:rsidRPr="00F560E6" w:rsidRDefault="0006159E" w:rsidP="00F560E6">
            <w:pPr>
              <w:spacing w:after="0" w:line="240" w:lineRule="auto"/>
            </w:pPr>
          </w:p>
        </w:tc>
      </w:tr>
      <w:tr w:rsidR="0006159E" w:rsidRPr="00F560E6" w14:paraId="3AAE3459" w14:textId="77777777" w:rsidTr="00F560E6">
        <w:tc>
          <w:tcPr>
            <w:tcW w:w="2093" w:type="dxa"/>
            <w:shd w:val="clear" w:color="auto" w:fill="auto"/>
          </w:tcPr>
          <w:p w14:paraId="0880BB88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559" w:type="dxa"/>
            <w:shd w:val="clear" w:color="auto" w:fill="auto"/>
          </w:tcPr>
          <w:p w14:paraId="4DA71664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auto"/>
          </w:tcPr>
          <w:p w14:paraId="1E12C6D5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51629E50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4F604119" w14:textId="77777777" w:rsidR="0006159E" w:rsidRPr="00F560E6" w:rsidRDefault="0006159E" w:rsidP="00F560E6">
            <w:pPr>
              <w:spacing w:after="0" w:line="240" w:lineRule="auto"/>
            </w:pPr>
          </w:p>
        </w:tc>
      </w:tr>
      <w:tr w:rsidR="0006159E" w:rsidRPr="00F560E6" w14:paraId="6D8E490C" w14:textId="77777777" w:rsidTr="00F560E6">
        <w:tc>
          <w:tcPr>
            <w:tcW w:w="2093" w:type="dxa"/>
            <w:shd w:val="clear" w:color="auto" w:fill="auto"/>
          </w:tcPr>
          <w:p w14:paraId="481B131F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559" w:type="dxa"/>
            <w:shd w:val="clear" w:color="auto" w:fill="auto"/>
          </w:tcPr>
          <w:p w14:paraId="51B96F77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auto"/>
          </w:tcPr>
          <w:p w14:paraId="51F614F3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688E9D9E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4241B374" w14:textId="77777777" w:rsidR="0006159E" w:rsidRPr="00F560E6" w:rsidRDefault="0006159E" w:rsidP="00F560E6">
            <w:pPr>
              <w:spacing w:after="0" w:line="240" w:lineRule="auto"/>
            </w:pPr>
          </w:p>
        </w:tc>
      </w:tr>
      <w:tr w:rsidR="0006159E" w:rsidRPr="00F560E6" w14:paraId="3DBC26A3" w14:textId="77777777" w:rsidTr="00F560E6">
        <w:tc>
          <w:tcPr>
            <w:tcW w:w="2093" w:type="dxa"/>
            <w:shd w:val="clear" w:color="auto" w:fill="auto"/>
          </w:tcPr>
          <w:p w14:paraId="06953E62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559" w:type="dxa"/>
            <w:shd w:val="clear" w:color="auto" w:fill="auto"/>
          </w:tcPr>
          <w:p w14:paraId="2686F42B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auto"/>
          </w:tcPr>
          <w:p w14:paraId="2251E2CD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3A768965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7081C6FF" w14:textId="77777777" w:rsidR="0006159E" w:rsidRPr="00F560E6" w:rsidRDefault="0006159E" w:rsidP="00F560E6">
            <w:pPr>
              <w:spacing w:after="0" w:line="240" w:lineRule="auto"/>
            </w:pPr>
          </w:p>
        </w:tc>
      </w:tr>
      <w:tr w:rsidR="0006159E" w:rsidRPr="00F560E6" w14:paraId="61C53842" w14:textId="77777777" w:rsidTr="00F560E6">
        <w:tc>
          <w:tcPr>
            <w:tcW w:w="2093" w:type="dxa"/>
            <w:shd w:val="clear" w:color="auto" w:fill="auto"/>
          </w:tcPr>
          <w:p w14:paraId="76231ABF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559" w:type="dxa"/>
            <w:shd w:val="clear" w:color="auto" w:fill="auto"/>
          </w:tcPr>
          <w:p w14:paraId="3BC601EE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auto"/>
          </w:tcPr>
          <w:p w14:paraId="3644DAB5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0A872407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7D7DE4F3" w14:textId="77777777" w:rsidR="0006159E" w:rsidRPr="00F560E6" w:rsidRDefault="0006159E" w:rsidP="00F560E6">
            <w:pPr>
              <w:spacing w:after="0" w:line="240" w:lineRule="auto"/>
            </w:pPr>
          </w:p>
        </w:tc>
      </w:tr>
      <w:tr w:rsidR="0006159E" w:rsidRPr="00F560E6" w14:paraId="7B4D2F53" w14:textId="77777777" w:rsidTr="00F560E6">
        <w:tc>
          <w:tcPr>
            <w:tcW w:w="2093" w:type="dxa"/>
            <w:shd w:val="clear" w:color="auto" w:fill="auto"/>
          </w:tcPr>
          <w:p w14:paraId="660C3116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559" w:type="dxa"/>
            <w:shd w:val="clear" w:color="auto" w:fill="auto"/>
          </w:tcPr>
          <w:p w14:paraId="7CC41585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auto"/>
          </w:tcPr>
          <w:p w14:paraId="097A8B2D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3D39FA91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744E4F82" w14:textId="77777777" w:rsidR="0006159E" w:rsidRPr="00F560E6" w:rsidRDefault="0006159E" w:rsidP="00F560E6">
            <w:pPr>
              <w:spacing w:after="0" w:line="240" w:lineRule="auto"/>
            </w:pPr>
          </w:p>
        </w:tc>
      </w:tr>
      <w:tr w:rsidR="0006159E" w:rsidRPr="00F560E6" w14:paraId="473C0D1E" w14:textId="77777777" w:rsidTr="00F560E6">
        <w:tc>
          <w:tcPr>
            <w:tcW w:w="2093" w:type="dxa"/>
            <w:shd w:val="clear" w:color="auto" w:fill="auto"/>
          </w:tcPr>
          <w:p w14:paraId="5B1D8228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559" w:type="dxa"/>
            <w:shd w:val="clear" w:color="auto" w:fill="auto"/>
          </w:tcPr>
          <w:p w14:paraId="16170DE1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auto"/>
          </w:tcPr>
          <w:p w14:paraId="0D7C1FF2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6DE24B05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1D65034B" w14:textId="77777777" w:rsidR="0006159E" w:rsidRPr="00F560E6" w:rsidRDefault="0006159E" w:rsidP="00F560E6">
            <w:pPr>
              <w:spacing w:after="0" w:line="240" w:lineRule="auto"/>
            </w:pPr>
          </w:p>
        </w:tc>
      </w:tr>
      <w:tr w:rsidR="0006159E" w:rsidRPr="00F560E6" w14:paraId="73E92494" w14:textId="77777777" w:rsidTr="00F560E6">
        <w:tc>
          <w:tcPr>
            <w:tcW w:w="2093" w:type="dxa"/>
            <w:shd w:val="clear" w:color="auto" w:fill="auto"/>
          </w:tcPr>
          <w:p w14:paraId="65D00C91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559" w:type="dxa"/>
            <w:shd w:val="clear" w:color="auto" w:fill="auto"/>
          </w:tcPr>
          <w:p w14:paraId="797EFA41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auto"/>
          </w:tcPr>
          <w:p w14:paraId="175378D1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784E9E4C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7B1BC889" w14:textId="77777777" w:rsidR="0006159E" w:rsidRPr="00F560E6" w:rsidRDefault="0006159E" w:rsidP="00F560E6">
            <w:pPr>
              <w:spacing w:after="0" w:line="240" w:lineRule="auto"/>
            </w:pPr>
          </w:p>
        </w:tc>
      </w:tr>
      <w:tr w:rsidR="0006159E" w:rsidRPr="00F560E6" w14:paraId="07A7EA3C" w14:textId="77777777" w:rsidTr="00F560E6">
        <w:tc>
          <w:tcPr>
            <w:tcW w:w="2093" w:type="dxa"/>
            <w:shd w:val="clear" w:color="auto" w:fill="auto"/>
          </w:tcPr>
          <w:p w14:paraId="522D48DC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559" w:type="dxa"/>
            <w:shd w:val="clear" w:color="auto" w:fill="auto"/>
          </w:tcPr>
          <w:p w14:paraId="2E510CF2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auto"/>
          </w:tcPr>
          <w:p w14:paraId="766A5E67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69B481FD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4CEBA864" w14:textId="77777777" w:rsidR="0006159E" w:rsidRPr="00F560E6" w:rsidRDefault="0006159E" w:rsidP="00F560E6">
            <w:pPr>
              <w:spacing w:after="0" w:line="240" w:lineRule="auto"/>
            </w:pPr>
          </w:p>
        </w:tc>
      </w:tr>
      <w:tr w:rsidR="0006159E" w:rsidRPr="00F560E6" w14:paraId="681E8363" w14:textId="77777777" w:rsidTr="00F560E6">
        <w:tc>
          <w:tcPr>
            <w:tcW w:w="2093" w:type="dxa"/>
            <w:shd w:val="clear" w:color="auto" w:fill="auto"/>
          </w:tcPr>
          <w:p w14:paraId="4FD1B479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559" w:type="dxa"/>
            <w:shd w:val="clear" w:color="auto" w:fill="auto"/>
          </w:tcPr>
          <w:p w14:paraId="3B055408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auto"/>
          </w:tcPr>
          <w:p w14:paraId="56759B16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78CB6F35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2F764AC0" w14:textId="77777777" w:rsidR="0006159E" w:rsidRPr="00F560E6" w:rsidRDefault="0006159E" w:rsidP="00F560E6">
            <w:pPr>
              <w:spacing w:after="0" w:line="240" w:lineRule="auto"/>
            </w:pPr>
          </w:p>
        </w:tc>
      </w:tr>
      <w:tr w:rsidR="0006159E" w:rsidRPr="00F560E6" w14:paraId="54C9B3E7" w14:textId="77777777" w:rsidTr="00F560E6">
        <w:tc>
          <w:tcPr>
            <w:tcW w:w="2093" w:type="dxa"/>
            <w:shd w:val="clear" w:color="auto" w:fill="auto"/>
          </w:tcPr>
          <w:p w14:paraId="75A34C6C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559" w:type="dxa"/>
            <w:shd w:val="clear" w:color="auto" w:fill="auto"/>
          </w:tcPr>
          <w:p w14:paraId="14B7B4D0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auto"/>
          </w:tcPr>
          <w:p w14:paraId="66A0407D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2CD6ECB4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4C438171" w14:textId="77777777" w:rsidR="0006159E" w:rsidRPr="00F560E6" w:rsidRDefault="0006159E" w:rsidP="00F560E6">
            <w:pPr>
              <w:spacing w:after="0" w:line="240" w:lineRule="auto"/>
            </w:pPr>
          </w:p>
        </w:tc>
      </w:tr>
      <w:tr w:rsidR="0006159E" w:rsidRPr="00F560E6" w14:paraId="11E9D866" w14:textId="77777777" w:rsidTr="00F560E6">
        <w:tc>
          <w:tcPr>
            <w:tcW w:w="2093" w:type="dxa"/>
            <w:shd w:val="clear" w:color="auto" w:fill="auto"/>
          </w:tcPr>
          <w:p w14:paraId="59077551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559" w:type="dxa"/>
            <w:shd w:val="clear" w:color="auto" w:fill="auto"/>
          </w:tcPr>
          <w:p w14:paraId="0E2C7A72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auto"/>
          </w:tcPr>
          <w:p w14:paraId="5B622EF8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60B0CBD7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7988D896" w14:textId="77777777" w:rsidR="0006159E" w:rsidRPr="00F560E6" w:rsidRDefault="0006159E" w:rsidP="00F560E6">
            <w:pPr>
              <w:spacing w:after="0" w:line="240" w:lineRule="auto"/>
            </w:pPr>
          </w:p>
        </w:tc>
      </w:tr>
      <w:tr w:rsidR="0006159E" w:rsidRPr="00F560E6" w14:paraId="1C294F4F" w14:textId="77777777" w:rsidTr="00F560E6">
        <w:tc>
          <w:tcPr>
            <w:tcW w:w="2093" w:type="dxa"/>
            <w:shd w:val="clear" w:color="auto" w:fill="auto"/>
          </w:tcPr>
          <w:p w14:paraId="531F75BA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559" w:type="dxa"/>
            <w:shd w:val="clear" w:color="auto" w:fill="auto"/>
          </w:tcPr>
          <w:p w14:paraId="78F45501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auto"/>
          </w:tcPr>
          <w:p w14:paraId="506E11E8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29B1C594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23F57F81" w14:textId="77777777" w:rsidR="0006159E" w:rsidRPr="00F560E6" w:rsidRDefault="0006159E" w:rsidP="00F560E6">
            <w:pPr>
              <w:spacing w:after="0" w:line="240" w:lineRule="auto"/>
            </w:pPr>
          </w:p>
        </w:tc>
      </w:tr>
      <w:tr w:rsidR="0006159E" w:rsidRPr="00F560E6" w14:paraId="01768E17" w14:textId="77777777" w:rsidTr="00F560E6">
        <w:tc>
          <w:tcPr>
            <w:tcW w:w="2093" w:type="dxa"/>
            <w:shd w:val="clear" w:color="auto" w:fill="auto"/>
          </w:tcPr>
          <w:p w14:paraId="77D43C33" w14:textId="77777777" w:rsidR="0006159E" w:rsidRPr="00F560E6" w:rsidRDefault="00C44DB2" w:rsidP="00F560E6">
            <w:pPr>
              <w:spacing w:after="0" w:line="240" w:lineRule="auto"/>
            </w:pPr>
            <w:proofErr w:type="spellStart"/>
            <w:r w:rsidRPr="001C2645">
              <w:rPr>
                <w:rFonts w:cs="TH SarabunPSK" w:hint="cs"/>
                <w:szCs w:val="32"/>
              </w:rPr>
              <w:lastRenderedPageBreak/>
              <w:t>วัน</w:t>
            </w:r>
            <w:proofErr w:type="spellEnd"/>
            <w:r w:rsidRPr="001C2645">
              <w:rPr>
                <w:rFonts w:cs="TH SarabunPSK" w:hint="cs"/>
                <w:szCs w:val="32"/>
                <w:lang w:bidi="th-TH"/>
              </w:rPr>
              <w:t>/</w:t>
            </w:r>
            <w:r w:rsidRPr="001C2645">
              <w:rPr>
                <w:rFonts w:cs="TH SarabunPSK" w:hint="cs"/>
                <w:szCs w:val="32"/>
                <w:cs/>
                <w:lang w:bidi="th-TH"/>
              </w:rPr>
              <w:t>เดือน/ปี</w:t>
            </w:r>
          </w:p>
        </w:tc>
        <w:tc>
          <w:tcPr>
            <w:tcW w:w="1559" w:type="dxa"/>
            <w:shd w:val="clear" w:color="auto" w:fill="auto"/>
          </w:tcPr>
          <w:p w14:paraId="24165AB4" w14:textId="77777777" w:rsidR="0006159E" w:rsidRPr="00F560E6" w:rsidRDefault="0006159E" w:rsidP="00F560E6">
            <w:pPr>
              <w:spacing w:after="0" w:line="240" w:lineRule="auto"/>
            </w:pPr>
            <w:proofErr w:type="spellStart"/>
            <w:r w:rsidRPr="00F560E6">
              <w:t>เวลาเข้า</w:t>
            </w:r>
            <w:proofErr w:type="spellEnd"/>
          </w:p>
        </w:tc>
        <w:tc>
          <w:tcPr>
            <w:tcW w:w="1843" w:type="dxa"/>
            <w:shd w:val="clear" w:color="auto" w:fill="auto"/>
          </w:tcPr>
          <w:p w14:paraId="08A26DB5" w14:textId="77777777" w:rsidR="0006159E" w:rsidRPr="00F560E6" w:rsidRDefault="0006159E" w:rsidP="00F560E6">
            <w:pPr>
              <w:spacing w:after="0" w:line="240" w:lineRule="auto"/>
            </w:pPr>
            <w:proofErr w:type="spellStart"/>
            <w:r w:rsidRPr="00F560E6">
              <w:t>เวลาออก</w:t>
            </w:r>
            <w:proofErr w:type="spellEnd"/>
          </w:p>
        </w:tc>
        <w:tc>
          <w:tcPr>
            <w:tcW w:w="1701" w:type="dxa"/>
            <w:shd w:val="clear" w:color="auto" w:fill="auto"/>
          </w:tcPr>
          <w:p w14:paraId="5A5762B6" w14:textId="77777777" w:rsidR="0006159E" w:rsidRPr="00F560E6" w:rsidRDefault="0006159E" w:rsidP="00F560E6">
            <w:pPr>
              <w:spacing w:after="0" w:line="240" w:lineRule="auto"/>
            </w:pPr>
            <w:proofErr w:type="spellStart"/>
            <w:r w:rsidRPr="00F560E6">
              <w:t>จำนวนชั่วโมง</w:t>
            </w:r>
            <w:proofErr w:type="spellEnd"/>
          </w:p>
        </w:tc>
        <w:tc>
          <w:tcPr>
            <w:tcW w:w="1701" w:type="dxa"/>
            <w:shd w:val="clear" w:color="auto" w:fill="auto"/>
          </w:tcPr>
          <w:p w14:paraId="6572D587" w14:textId="493920BF" w:rsidR="0006159E" w:rsidRPr="00F560E6" w:rsidRDefault="00911830" w:rsidP="00F560E6">
            <w:pPr>
              <w:spacing w:after="0" w:line="240" w:lineRule="auto"/>
            </w:pPr>
            <w:r>
              <w:rPr>
                <w:rFonts w:cs="TH SarabunPSK" w:hint="cs"/>
                <w:szCs w:val="32"/>
                <w:cs/>
                <w:lang w:bidi="th-TH"/>
              </w:rPr>
              <w:t>ผู้ดูแลนักศึกษา</w:t>
            </w:r>
          </w:p>
        </w:tc>
      </w:tr>
      <w:tr w:rsidR="0006159E" w:rsidRPr="00F560E6" w14:paraId="2A608C3B" w14:textId="77777777" w:rsidTr="00F560E6">
        <w:tc>
          <w:tcPr>
            <w:tcW w:w="2093" w:type="dxa"/>
            <w:shd w:val="clear" w:color="auto" w:fill="auto"/>
          </w:tcPr>
          <w:p w14:paraId="3C35A700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559" w:type="dxa"/>
            <w:shd w:val="clear" w:color="auto" w:fill="auto"/>
          </w:tcPr>
          <w:p w14:paraId="71549000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auto"/>
          </w:tcPr>
          <w:p w14:paraId="542555F9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3760029B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7950C348" w14:textId="77777777" w:rsidR="0006159E" w:rsidRPr="00F560E6" w:rsidRDefault="0006159E" w:rsidP="00F560E6">
            <w:pPr>
              <w:spacing w:after="0" w:line="240" w:lineRule="auto"/>
            </w:pPr>
          </w:p>
        </w:tc>
      </w:tr>
      <w:tr w:rsidR="0006159E" w:rsidRPr="00F560E6" w14:paraId="2AB42195" w14:textId="77777777" w:rsidTr="00F560E6">
        <w:tc>
          <w:tcPr>
            <w:tcW w:w="2093" w:type="dxa"/>
            <w:shd w:val="clear" w:color="auto" w:fill="auto"/>
          </w:tcPr>
          <w:p w14:paraId="54F07CA3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559" w:type="dxa"/>
            <w:shd w:val="clear" w:color="auto" w:fill="auto"/>
          </w:tcPr>
          <w:p w14:paraId="28EA64D0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auto"/>
          </w:tcPr>
          <w:p w14:paraId="432A531C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49C320F4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5DD40AED" w14:textId="77777777" w:rsidR="0006159E" w:rsidRPr="00F560E6" w:rsidRDefault="0006159E" w:rsidP="00F560E6">
            <w:pPr>
              <w:spacing w:after="0" w:line="240" w:lineRule="auto"/>
            </w:pPr>
          </w:p>
        </w:tc>
      </w:tr>
      <w:tr w:rsidR="0006159E" w:rsidRPr="00F560E6" w14:paraId="2E6F0C1C" w14:textId="77777777" w:rsidTr="00F560E6">
        <w:tc>
          <w:tcPr>
            <w:tcW w:w="2093" w:type="dxa"/>
            <w:shd w:val="clear" w:color="auto" w:fill="auto"/>
          </w:tcPr>
          <w:p w14:paraId="5B7911CA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559" w:type="dxa"/>
            <w:shd w:val="clear" w:color="auto" w:fill="auto"/>
          </w:tcPr>
          <w:p w14:paraId="4EAC6938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auto"/>
          </w:tcPr>
          <w:p w14:paraId="474D6654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7F5B8E50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766F7F2E" w14:textId="77777777" w:rsidR="0006159E" w:rsidRPr="00F560E6" w:rsidRDefault="0006159E" w:rsidP="00F560E6">
            <w:pPr>
              <w:spacing w:after="0" w:line="240" w:lineRule="auto"/>
            </w:pPr>
          </w:p>
        </w:tc>
      </w:tr>
      <w:tr w:rsidR="0006159E" w:rsidRPr="00F560E6" w14:paraId="3B33DA0F" w14:textId="77777777" w:rsidTr="00F560E6">
        <w:tc>
          <w:tcPr>
            <w:tcW w:w="2093" w:type="dxa"/>
            <w:shd w:val="clear" w:color="auto" w:fill="auto"/>
          </w:tcPr>
          <w:p w14:paraId="75306682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559" w:type="dxa"/>
            <w:shd w:val="clear" w:color="auto" w:fill="auto"/>
          </w:tcPr>
          <w:p w14:paraId="5CD98F59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auto"/>
          </w:tcPr>
          <w:p w14:paraId="215D2891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0DEA1759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688E6E8C" w14:textId="77777777" w:rsidR="0006159E" w:rsidRPr="00F560E6" w:rsidRDefault="0006159E" w:rsidP="00F560E6">
            <w:pPr>
              <w:spacing w:after="0" w:line="240" w:lineRule="auto"/>
            </w:pPr>
          </w:p>
        </w:tc>
      </w:tr>
      <w:tr w:rsidR="0006159E" w:rsidRPr="00F560E6" w14:paraId="0B302365" w14:textId="77777777" w:rsidTr="00F560E6">
        <w:tc>
          <w:tcPr>
            <w:tcW w:w="2093" w:type="dxa"/>
            <w:shd w:val="clear" w:color="auto" w:fill="auto"/>
          </w:tcPr>
          <w:p w14:paraId="4F414C30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559" w:type="dxa"/>
            <w:shd w:val="clear" w:color="auto" w:fill="auto"/>
          </w:tcPr>
          <w:p w14:paraId="1714A601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auto"/>
          </w:tcPr>
          <w:p w14:paraId="0E3142AB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12D7467B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67B7A48A" w14:textId="77777777" w:rsidR="0006159E" w:rsidRPr="00F560E6" w:rsidRDefault="0006159E" w:rsidP="00F560E6">
            <w:pPr>
              <w:spacing w:after="0" w:line="240" w:lineRule="auto"/>
            </w:pPr>
          </w:p>
        </w:tc>
      </w:tr>
      <w:tr w:rsidR="0006159E" w:rsidRPr="00F560E6" w14:paraId="67A362DA" w14:textId="77777777" w:rsidTr="00F560E6">
        <w:tc>
          <w:tcPr>
            <w:tcW w:w="2093" w:type="dxa"/>
            <w:shd w:val="clear" w:color="auto" w:fill="auto"/>
          </w:tcPr>
          <w:p w14:paraId="50CA8453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559" w:type="dxa"/>
            <w:shd w:val="clear" w:color="auto" w:fill="auto"/>
          </w:tcPr>
          <w:p w14:paraId="04434B8F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auto"/>
          </w:tcPr>
          <w:p w14:paraId="24B6538A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01AF9D85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493A9643" w14:textId="77777777" w:rsidR="0006159E" w:rsidRPr="00F560E6" w:rsidRDefault="0006159E" w:rsidP="00F560E6">
            <w:pPr>
              <w:spacing w:after="0" w:line="240" w:lineRule="auto"/>
            </w:pPr>
          </w:p>
        </w:tc>
      </w:tr>
      <w:tr w:rsidR="0006159E" w:rsidRPr="00F560E6" w14:paraId="1946B895" w14:textId="77777777" w:rsidTr="00F560E6">
        <w:tc>
          <w:tcPr>
            <w:tcW w:w="2093" w:type="dxa"/>
            <w:shd w:val="clear" w:color="auto" w:fill="auto"/>
          </w:tcPr>
          <w:p w14:paraId="0214463A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559" w:type="dxa"/>
            <w:shd w:val="clear" w:color="auto" w:fill="auto"/>
          </w:tcPr>
          <w:p w14:paraId="5ED6CA4D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auto"/>
          </w:tcPr>
          <w:p w14:paraId="711BE4C2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5623CFD3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36E8BA7A" w14:textId="77777777" w:rsidR="0006159E" w:rsidRPr="00F560E6" w:rsidRDefault="0006159E" w:rsidP="00F560E6">
            <w:pPr>
              <w:spacing w:after="0" w:line="240" w:lineRule="auto"/>
            </w:pPr>
          </w:p>
        </w:tc>
      </w:tr>
      <w:tr w:rsidR="0006159E" w:rsidRPr="00F560E6" w14:paraId="3CA3B1A9" w14:textId="77777777" w:rsidTr="00F560E6">
        <w:tc>
          <w:tcPr>
            <w:tcW w:w="2093" w:type="dxa"/>
            <w:shd w:val="clear" w:color="auto" w:fill="auto"/>
          </w:tcPr>
          <w:p w14:paraId="4923F2F0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559" w:type="dxa"/>
            <w:shd w:val="clear" w:color="auto" w:fill="auto"/>
          </w:tcPr>
          <w:p w14:paraId="032BAD9E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auto"/>
          </w:tcPr>
          <w:p w14:paraId="3DB0445D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2E3B85F2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3C8E5D72" w14:textId="77777777" w:rsidR="0006159E" w:rsidRPr="00F560E6" w:rsidRDefault="0006159E" w:rsidP="00F560E6">
            <w:pPr>
              <w:spacing w:after="0" w:line="240" w:lineRule="auto"/>
            </w:pPr>
          </w:p>
        </w:tc>
      </w:tr>
      <w:tr w:rsidR="0006159E" w:rsidRPr="00F560E6" w14:paraId="57741947" w14:textId="77777777" w:rsidTr="00F560E6">
        <w:tc>
          <w:tcPr>
            <w:tcW w:w="2093" w:type="dxa"/>
            <w:shd w:val="clear" w:color="auto" w:fill="auto"/>
          </w:tcPr>
          <w:p w14:paraId="6EE372AA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559" w:type="dxa"/>
            <w:shd w:val="clear" w:color="auto" w:fill="auto"/>
          </w:tcPr>
          <w:p w14:paraId="26B2CE88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auto"/>
          </w:tcPr>
          <w:p w14:paraId="34AA0B1A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7A78BA29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048AAF4F" w14:textId="77777777" w:rsidR="0006159E" w:rsidRPr="00F560E6" w:rsidRDefault="0006159E" w:rsidP="00F560E6">
            <w:pPr>
              <w:spacing w:after="0" w:line="240" w:lineRule="auto"/>
            </w:pPr>
          </w:p>
        </w:tc>
      </w:tr>
      <w:tr w:rsidR="0006159E" w:rsidRPr="00F560E6" w14:paraId="1208699D" w14:textId="77777777" w:rsidTr="00F560E6">
        <w:tc>
          <w:tcPr>
            <w:tcW w:w="2093" w:type="dxa"/>
            <w:shd w:val="clear" w:color="auto" w:fill="auto"/>
          </w:tcPr>
          <w:p w14:paraId="1BFA9FBF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559" w:type="dxa"/>
            <w:shd w:val="clear" w:color="auto" w:fill="auto"/>
          </w:tcPr>
          <w:p w14:paraId="78CF2BE3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auto"/>
          </w:tcPr>
          <w:p w14:paraId="3ED3AAF0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59517C3F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26186C88" w14:textId="77777777" w:rsidR="0006159E" w:rsidRPr="00F560E6" w:rsidRDefault="0006159E" w:rsidP="00F560E6">
            <w:pPr>
              <w:spacing w:after="0" w:line="240" w:lineRule="auto"/>
            </w:pPr>
          </w:p>
        </w:tc>
      </w:tr>
      <w:tr w:rsidR="0006159E" w:rsidRPr="00F560E6" w14:paraId="76844149" w14:textId="77777777" w:rsidTr="00F560E6">
        <w:tc>
          <w:tcPr>
            <w:tcW w:w="2093" w:type="dxa"/>
            <w:shd w:val="clear" w:color="auto" w:fill="auto"/>
          </w:tcPr>
          <w:p w14:paraId="67C85518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559" w:type="dxa"/>
            <w:shd w:val="clear" w:color="auto" w:fill="auto"/>
          </w:tcPr>
          <w:p w14:paraId="0B75683E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auto"/>
          </w:tcPr>
          <w:p w14:paraId="322CC2EE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7A3EE4F9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59E30D5B" w14:textId="77777777" w:rsidR="0006159E" w:rsidRPr="00F560E6" w:rsidRDefault="0006159E" w:rsidP="00F560E6">
            <w:pPr>
              <w:spacing w:after="0" w:line="240" w:lineRule="auto"/>
            </w:pPr>
          </w:p>
        </w:tc>
      </w:tr>
      <w:tr w:rsidR="0006159E" w:rsidRPr="00F560E6" w14:paraId="1498F1ED" w14:textId="77777777" w:rsidTr="00F560E6">
        <w:tc>
          <w:tcPr>
            <w:tcW w:w="2093" w:type="dxa"/>
            <w:shd w:val="clear" w:color="auto" w:fill="auto"/>
          </w:tcPr>
          <w:p w14:paraId="4AC97692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559" w:type="dxa"/>
            <w:shd w:val="clear" w:color="auto" w:fill="auto"/>
          </w:tcPr>
          <w:p w14:paraId="2DD68BFE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auto"/>
          </w:tcPr>
          <w:p w14:paraId="1AC557A8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1FC08D58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38FB1D1F" w14:textId="77777777" w:rsidR="0006159E" w:rsidRPr="00F560E6" w:rsidRDefault="0006159E" w:rsidP="00F560E6">
            <w:pPr>
              <w:spacing w:after="0" w:line="240" w:lineRule="auto"/>
            </w:pPr>
          </w:p>
        </w:tc>
      </w:tr>
      <w:tr w:rsidR="0006159E" w:rsidRPr="00F560E6" w14:paraId="22DDC511" w14:textId="77777777" w:rsidTr="00F560E6">
        <w:tc>
          <w:tcPr>
            <w:tcW w:w="2093" w:type="dxa"/>
            <w:shd w:val="clear" w:color="auto" w:fill="auto"/>
          </w:tcPr>
          <w:p w14:paraId="4A85C566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559" w:type="dxa"/>
            <w:shd w:val="clear" w:color="auto" w:fill="auto"/>
          </w:tcPr>
          <w:p w14:paraId="08F2ABA8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auto"/>
          </w:tcPr>
          <w:p w14:paraId="60AFF816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59CD5CB3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366A30C5" w14:textId="77777777" w:rsidR="0006159E" w:rsidRPr="00F560E6" w:rsidRDefault="0006159E" w:rsidP="00F560E6">
            <w:pPr>
              <w:spacing w:after="0" w:line="240" w:lineRule="auto"/>
            </w:pPr>
          </w:p>
        </w:tc>
      </w:tr>
      <w:tr w:rsidR="0006159E" w:rsidRPr="00F560E6" w14:paraId="13D93417" w14:textId="77777777" w:rsidTr="00F560E6">
        <w:tc>
          <w:tcPr>
            <w:tcW w:w="2093" w:type="dxa"/>
            <w:shd w:val="clear" w:color="auto" w:fill="auto"/>
          </w:tcPr>
          <w:p w14:paraId="30DDEC4D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559" w:type="dxa"/>
            <w:shd w:val="clear" w:color="auto" w:fill="auto"/>
          </w:tcPr>
          <w:p w14:paraId="4CBF189E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auto"/>
          </w:tcPr>
          <w:p w14:paraId="5A204CA6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242961AF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62954732" w14:textId="77777777" w:rsidR="0006159E" w:rsidRPr="00F560E6" w:rsidRDefault="0006159E" w:rsidP="00F560E6">
            <w:pPr>
              <w:spacing w:after="0" w:line="240" w:lineRule="auto"/>
            </w:pPr>
          </w:p>
        </w:tc>
      </w:tr>
      <w:tr w:rsidR="0006159E" w:rsidRPr="00F560E6" w14:paraId="22786690" w14:textId="77777777" w:rsidTr="00F560E6">
        <w:tc>
          <w:tcPr>
            <w:tcW w:w="2093" w:type="dxa"/>
            <w:shd w:val="clear" w:color="auto" w:fill="auto"/>
          </w:tcPr>
          <w:p w14:paraId="0EB0118D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559" w:type="dxa"/>
            <w:shd w:val="clear" w:color="auto" w:fill="auto"/>
          </w:tcPr>
          <w:p w14:paraId="139E14BC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auto"/>
          </w:tcPr>
          <w:p w14:paraId="328E20DA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118F19A6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39D7AF99" w14:textId="77777777" w:rsidR="0006159E" w:rsidRPr="00F560E6" w:rsidRDefault="0006159E" w:rsidP="00F560E6">
            <w:pPr>
              <w:spacing w:after="0" w:line="240" w:lineRule="auto"/>
            </w:pPr>
          </w:p>
        </w:tc>
      </w:tr>
      <w:tr w:rsidR="0006159E" w:rsidRPr="00F560E6" w14:paraId="3A0716B5" w14:textId="77777777" w:rsidTr="00F560E6">
        <w:tc>
          <w:tcPr>
            <w:tcW w:w="2093" w:type="dxa"/>
            <w:shd w:val="clear" w:color="auto" w:fill="auto"/>
          </w:tcPr>
          <w:p w14:paraId="00035DF6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559" w:type="dxa"/>
            <w:shd w:val="clear" w:color="auto" w:fill="auto"/>
          </w:tcPr>
          <w:p w14:paraId="1C3849F6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auto"/>
          </w:tcPr>
          <w:p w14:paraId="367A208F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063FEC7A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5D5FA9EF" w14:textId="77777777" w:rsidR="0006159E" w:rsidRPr="00F560E6" w:rsidRDefault="0006159E" w:rsidP="00F560E6">
            <w:pPr>
              <w:spacing w:after="0" w:line="240" w:lineRule="auto"/>
            </w:pPr>
          </w:p>
        </w:tc>
      </w:tr>
      <w:tr w:rsidR="0006159E" w:rsidRPr="00F560E6" w14:paraId="602E3E5E" w14:textId="77777777" w:rsidTr="00F560E6">
        <w:tc>
          <w:tcPr>
            <w:tcW w:w="2093" w:type="dxa"/>
            <w:shd w:val="clear" w:color="auto" w:fill="auto"/>
          </w:tcPr>
          <w:p w14:paraId="3CFEF246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559" w:type="dxa"/>
            <w:shd w:val="clear" w:color="auto" w:fill="auto"/>
          </w:tcPr>
          <w:p w14:paraId="1BA13D13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auto"/>
          </w:tcPr>
          <w:p w14:paraId="13B0CCFC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00B4932D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2A7EDE98" w14:textId="77777777" w:rsidR="0006159E" w:rsidRPr="00F560E6" w:rsidRDefault="0006159E" w:rsidP="00F560E6">
            <w:pPr>
              <w:spacing w:after="0" w:line="240" w:lineRule="auto"/>
            </w:pPr>
          </w:p>
        </w:tc>
      </w:tr>
      <w:tr w:rsidR="0006159E" w:rsidRPr="00F560E6" w14:paraId="2978C940" w14:textId="77777777" w:rsidTr="00F560E6">
        <w:tc>
          <w:tcPr>
            <w:tcW w:w="2093" w:type="dxa"/>
            <w:shd w:val="clear" w:color="auto" w:fill="auto"/>
          </w:tcPr>
          <w:p w14:paraId="691B769F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559" w:type="dxa"/>
            <w:shd w:val="clear" w:color="auto" w:fill="auto"/>
          </w:tcPr>
          <w:p w14:paraId="5DA2AB72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auto"/>
          </w:tcPr>
          <w:p w14:paraId="44980DA7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1850A653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69096BC8" w14:textId="77777777" w:rsidR="0006159E" w:rsidRPr="00F560E6" w:rsidRDefault="0006159E" w:rsidP="00F560E6">
            <w:pPr>
              <w:spacing w:after="0" w:line="240" w:lineRule="auto"/>
            </w:pPr>
          </w:p>
        </w:tc>
      </w:tr>
      <w:tr w:rsidR="0006159E" w:rsidRPr="00F560E6" w14:paraId="0AC6E881" w14:textId="77777777" w:rsidTr="00F560E6">
        <w:tc>
          <w:tcPr>
            <w:tcW w:w="2093" w:type="dxa"/>
            <w:shd w:val="clear" w:color="auto" w:fill="auto"/>
          </w:tcPr>
          <w:p w14:paraId="19CD5DD1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559" w:type="dxa"/>
            <w:shd w:val="clear" w:color="auto" w:fill="auto"/>
          </w:tcPr>
          <w:p w14:paraId="7694CBED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auto"/>
          </w:tcPr>
          <w:p w14:paraId="45603B5C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17D2006E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6E6744CA" w14:textId="77777777" w:rsidR="0006159E" w:rsidRPr="00F560E6" w:rsidRDefault="0006159E" w:rsidP="00F560E6">
            <w:pPr>
              <w:spacing w:after="0" w:line="240" w:lineRule="auto"/>
            </w:pPr>
          </w:p>
        </w:tc>
      </w:tr>
      <w:tr w:rsidR="0006159E" w:rsidRPr="00F560E6" w14:paraId="40E46796" w14:textId="77777777" w:rsidTr="00F560E6">
        <w:tc>
          <w:tcPr>
            <w:tcW w:w="2093" w:type="dxa"/>
            <w:shd w:val="clear" w:color="auto" w:fill="auto"/>
          </w:tcPr>
          <w:p w14:paraId="0BD25EBB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559" w:type="dxa"/>
            <w:shd w:val="clear" w:color="auto" w:fill="auto"/>
          </w:tcPr>
          <w:p w14:paraId="2088D273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auto"/>
          </w:tcPr>
          <w:p w14:paraId="3BFE4731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24FDEC3C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3C5C6D93" w14:textId="77777777" w:rsidR="0006159E" w:rsidRPr="00F560E6" w:rsidRDefault="0006159E" w:rsidP="00F560E6">
            <w:pPr>
              <w:spacing w:after="0" w:line="240" w:lineRule="auto"/>
            </w:pPr>
          </w:p>
        </w:tc>
      </w:tr>
      <w:tr w:rsidR="001E2DDC" w:rsidRPr="00F560E6" w14:paraId="587C71D7" w14:textId="77777777" w:rsidTr="00F560E6">
        <w:tc>
          <w:tcPr>
            <w:tcW w:w="2093" w:type="dxa"/>
            <w:shd w:val="clear" w:color="auto" w:fill="auto"/>
          </w:tcPr>
          <w:p w14:paraId="1566AE66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559" w:type="dxa"/>
            <w:shd w:val="clear" w:color="auto" w:fill="auto"/>
          </w:tcPr>
          <w:p w14:paraId="1F3D4EC8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auto"/>
          </w:tcPr>
          <w:p w14:paraId="0E040C53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4C59926F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235394B4" w14:textId="77777777" w:rsidR="001E2DDC" w:rsidRPr="00F560E6" w:rsidRDefault="001E2DDC" w:rsidP="00F560E6">
            <w:pPr>
              <w:spacing w:after="0" w:line="240" w:lineRule="auto"/>
            </w:pPr>
          </w:p>
        </w:tc>
      </w:tr>
      <w:tr w:rsidR="0006159E" w:rsidRPr="00F560E6" w14:paraId="37122FEF" w14:textId="77777777" w:rsidTr="00F560E6">
        <w:tc>
          <w:tcPr>
            <w:tcW w:w="2093" w:type="dxa"/>
            <w:shd w:val="clear" w:color="auto" w:fill="auto"/>
          </w:tcPr>
          <w:p w14:paraId="392824A4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559" w:type="dxa"/>
            <w:shd w:val="clear" w:color="auto" w:fill="auto"/>
          </w:tcPr>
          <w:p w14:paraId="541271C2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auto"/>
          </w:tcPr>
          <w:p w14:paraId="62A2F292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2040B5BD" w14:textId="77777777" w:rsidR="0006159E" w:rsidRPr="00F560E6" w:rsidRDefault="0006159E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6D88E04F" w14:textId="77777777" w:rsidR="0006159E" w:rsidRPr="00F560E6" w:rsidRDefault="0006159E" w:rsidP="00F560E6">
            <w:pPr>
              <w:spacing w:after="0" w:line="240" w:lineRule="auto"/>
            </w:pPr>
          </w:p>
        </w:tc>
      </w:tr>
      <w:tr w:rsidR="001E2DDC" w:rsidRPr="00F560E6" w14:paraId="3BC23625" w14:textId="77777777" w:rsidTr="00F560E6">
        <w:tc>
          <w:tcPr>
            <w:tcW w:w="2093" w:type="dxa"/>
            <w:shd w:val="clear" w:color="auto" w:fill="auto"/>
          </w:tcPr>
          <w:p w14:paraId="4FC5B9C4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559" w:type="dxa"/>
            <w:shd w:val="clear" w:color="auto" w:fill="auto"/>
          </w:tcPr>
          <w:p w14:paraId="6F747B27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auto"/>
          </w:tcPr>
          <w:p w14:paraId="62A57709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00D47575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71AAAD2B" w14:textId="77777777" w:rsidR="001E2DDC" w:rsidRPr="00F560E6" w:rsidRDefault="001E2DDC" w:rsidP="00F560E6">
            <w:pPr>
              <w:spacing w:after="0" w:line="240" w:lineRule="auto"/>
            </w:pPr>
          </w:p>
        </w:tc>
      </w:tr>
      <w:tr w:rsidR="001E2DDC" w:rsidRPr="00F560E6" w14:paraId="05C21ECC" w14:textId="77777777" w:rsidTr="00F560E6">
        <w:tc>
          <w:tcPr>
            <w:tcW w:w="2093" w:type="dxa"/>
            <w:shd w:val="clear" w:color="auto" w:fill="auto"/>
          </w:tcPr>
          <w:p w14:paraId="24A401A2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559" w:type="dxa"/>
            <w:shd w:val="clear" w:color="auto" w:fill="auto"/>
          </w:tcPr>
          <w:p w14:paraId="42DF75AC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auto"/>
          </w:tcPr>
          <w:p w14:paraId="11B22ED0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7BBAA78B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42BA725D" w14:textId="77777777" w:rsidR="001E2DDC" w:rsidRPr="00F560E6" w:rsidRDefault="001E2DDC" w:rsidP="00F560E6">
            <w:pPr>
              <w:spacing w:after="0" w:line="240" w:lineRule="auto"/>
            </w:pPr>
          </w:p>
        </w:tc>
      </w:tr>
      <w:tr w:rsidR="001E2DDC" w:rsidRPr="00F560E6" w14:paraId="6DC4645D" w14:textId="77777777" w:rsidTr="00F560E6">
        <w:tc>
          <w:tcPr>
            <w:tcW w:w="2093" w:type="dxa"/>
            <w:shd w:val="clear" w:color="auto" w:fill="auto"/>
          </w:tcPr>
          <w:p w14:paraId="032436C1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559" w:type="dxa"/>
            <w:shd w:val="clear" w:color="auto" w:fill="auto"/>
          </w:tcPr>
          <w:p w14:paraId="1F5537E6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auto"/>
          </w:tcPr>
          <w:p w14:paraId="234E255C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07FC0AC0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6B35106F" w14:textId="77777777" w:rsidR="001E2DDC" w:rsidRPr="00F560E6" w:rsidRDefault="001E2DDC" w:rsidP="00F560E6">
            <w:pPr>
              <w:spacing w:after="0" w:line="240" w:lineRule="auto"/>
            </w:pPr>
          </w:p>
        </w:tc>
      </w:tr>
      <w:tr w:rsidR="001E2DDC" w:rsidRPr="00F560E6" w14:paraId="4E4E676B" w14:textId="77777777" w:rsidTr="00F560E6">
        <w:tc>
          <w:tcPr>
            <w:tcW w:w="2093" w:type="dxa"/>
            <w:shd w:val="clear" w:color="auto" w:fill="auto"/>
          </w:tcPr>
          <w:p w14:paraId="224B2F4F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559" w:type="dxa"/>
            <w:shd w:val="clear" w:color="auto" w:fill="auto"/>
          </w:tcPr>
          <w:p w14:paraId="3962B65A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auto"/>
          </w:tcPr>
          <w:p w14:paraId="1AFA6D92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144A2979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7C25B99B" w14:textId="77777777" w:rsidR="001E2DDC" w:rsidRPr="00F560E6" w:rsidRDefault="001E2DDC" w:rsidP="00F560E6">
            <w:pPr>
              <w:spacing w:after="0" w:line="240" w:lineRule="auto"/>
            </w:pPr>
          </w:p>
        </w:tc>
      </w:tr>
      <w:tr w:rsidR="001E2DDC" w:rsidRPr="00F560E6" w14:paraId="2910F828" w14:textId="77777777" w:rsidTr="00F560E6">
        <w:tc>
          <w:tcPr>
            <w:tcW w:w="2093" w:type="dxa"/>
            <w:shd w:val="clear" w:color="auto" w:fill="auto"/>
          </w:tcPr>
          <w:p w14:paraId="30E2544E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559" w:type="dxa"/>
            <w:shd w:val="clear" w:color="auto" w:fill="auto"/>
          </w:tcPr>
          <w:p w14:paraId="75C90568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auto"/>
          </w:tcPr>
          <w:p w14:paraId="3BE15527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4E8C8213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7F66E29F" w14:textId="77777777" w:rsidR="001E2DDC" w:rsidRPr="00F560E6" w:rsidRDefault="001E2DDC" w:rsidP="00F560E6">
            <w:pPr>
              <w:spacing w:after="0" w:line="240" w:lineRule="auto"/>
            </w:pPr>
          </w:p>
        </w:tc>
      </w:tr>
      <w:tr w:rsidR="001E2DDC" w:rsidRPr="00F560E6" w14:paraId="10924D48" w14:textId="77777777" w:rsidTr="00F560E6">
        <w:tc>
          <w:tcPr>
            <w:tcW w:w="2093" w:type="dxa"/>
            <w:shd w:val="clear" w:color="auto" w:fill="auto"/>
          </w:tcPr>
          <w:p w14:paraId="0B0CDCE4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559" w:type="dxa"/>
            <w:shd w:val="clear" w:color="auto" w:fill="auto"/>
          </w:tcPr>
          <w:p w14:paraId="0782DFD0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auto"/>
          </w:tcPr>
          <w:p w14:paraId="42D0DEE4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6203B0BC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42A00951" w14:textId="77777777" w:rsidR="001E2DDC" w:rsidRPr="00F560E6" w:rsidRDefault="001E2DDC" w:rsidP="00F560E6">
            <w:pPr>
              <w:spacing w:after="0" w:line="240" w:lineRule="auto"/>
            </w:pPr>
          </w:p>
        </w:tc>
      </w:tr>
      <w:tr w:rsidR="001E2DDC" w:rsidRPr="00F560E6" w14:paraId="6A311797" w14:textId="77777777" w:rsidTr="00F560E6">
        <w:tc>
          <w:tcPr>
            <w:tcW w:w="2093" w:type="dxa"/>
            <w:shd w:val="clear" w:color="auto" w:fill="auto"/>
          </w:tcPr>
          <w:p w14:paraId="57AB895D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559" w:type="dxa"/>
            <w:shd w:val="clear" w:color="auto" w:fill="auto"/>
          </w:tcPr>
          <w:p w14:paraId="6AC19631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auto"/>
          </w:tcPr>
          <w:p w14:paraId="1FABB4BD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19416F75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7E5DA933" w14:textId="77777777" w:rsidR="001E2DDC" w:rsidRPr="00F560E6" w:rsidRDefault="001E2DDC" w:rsidP="00F560E6">
            <w:pPr>
              <w:spacing w:after="0" w:line="240" w:lineRule="auto"/>
            </w:pPr>
          </w:p>
        </w:tc>
      </w:tr>
      <w:tr w:rsidR="001E2DDC" w:rsidRPr="00F560E6" w14:paraId="6D43688F" w14:textId="77777777" w:rsidTr="00F560E6">
        <w:tc>
          <w:tcPr>
            <w:tcW w:w="2093" w:type="dxa"/>
            <w:shd w:val="clear" w:color="auto" w:fill="auto"/>
          </w:tcPr>
          <w:p w14:paraId="7862E4AD" w14:textId="77777777" w:rsidR="001E2DDC" w:rsidRPr="00F560E6" w:rsidRDefault="00C44DB2" w:rsidP="00F560E6">
            <w:pPr>
              <w:spacing w:after="0" w:line="240" w:lineRule="auto"/>
            </w:pPr>
            <w:proofErr w:type="spellStart"/>
            <w:r w:rsidRPr="001C2645">
              <w:rPr>
                <w:rFonts w:cs="TH SarabunPSK" w:hint="cs"/>
                <w:szCs w:val="32"/>
              </w:rPr>
              <w:lastRenderedPageBreak/>
              <w:t>วัน</w:t>
            </w:r>
            <w:proofErr w:type="spellEnd"/>
            <w:r w:rsidRPr="001C2645">
              <w:rPr>
                <w:rFonts w:cs="TH SarabunPSK" w:hint="cs"/>
                <w:szCs w:val="32"/>
                <w:lang w:bidi="th-TH"/>
              </w:rPr>
              <w:t>/</w:t>
            </w:r>
            <w:r w:rsidRPr="001C2645">
              <w:rPr>
                <w:rFonts w:cs="TH SarabunPSK" w:hint="cs"/>
                <w:szCs w:val="32"/>
                <w:cs/>
                <w:lang w:bidi="th-TH"/>
              </w:rPr>
              <w:t>เดือน/ปี</w:t>
            </w:r>
          </w:p>
        </w:tc>
        <w:tc>
          <w:tcPr>
            <w:tcW w:w="1559" w:type="dxa"/>
            <w:shd w:val="clear" w:color="auto" w:fill="auto"/>
          </w:tcPr>
          <w:p w14:paraId="04EBC57A" w14:textId="77777777" w:rsidR="001E2DDC" w:rsidRPr="00F560E6" w:rsidRDefault="001E2DDC" w:rsidP="00F560E6">
            <w:pPr>
              <w:spacing w:after="0" w:line="240" w:lineRule="auto"/>
            </w:pPr>
            <w:proofErr w:type="spellStart"/>
            <w:r w:rsidRPr="00F560E6">
              <w:t>เวลาเข้า</w:t>
            </w:r>
            <w:proofErr w:type="spellEnd"/>
          </w:p>
        </w:tc>
        <w:tc>
          <w:tcPr>
            <w:tcW w:w="1843" w:type="dxa"/>
            <w:shd w:val="clear" w:color="auto" w:fill="auto"/>
          </w:tcPr>
          <w:p w14:paraId="640379EA" w14:textId="77777777" w:rsidR="001E2DDC" w:rsidRPr="00F560E6" w:rsidRDefault="001E2DDC" w:rsidP="00F560E6">
            <w:pPr>
              <w:spacing w:after="0" w:line="240" w:lineRule="auto"/>
            </w:pPr>
            <w:proofErr w:type="spellStart"/>
            <w:r w:rsidRPr="00F560E6">
              <w:t>เวลาออก</w:t>
            </w:r>
            <w:proofErr w:type="spellEnd"/>
          </w:p>
        </w:tc>
        <w:tc>
          <w:tcPr>
            <w:tcW w:w="1701" w:type="dxa"/>
            <w:shd w:val="clear" w:color="auto" w:fill="auto"/>
          </w:tcPr>
          <w:p w14:paraId="7468E05E" w14:textId="77777777" w:rsidR="001E2DDC" w:rsidRPr="00F560E6" w:rsidRDefault="001E2DDC" w:rsidP="00F560E6">
            <w:pPr>
              <w:spacing w:after="0" w:line="240" w:lineRule="auto"/>
            </w:pPr>
            <w:proofErr w:type="spellStart"/>
            <w:r w:rsidRPr="00F560E6">
              <w:t>จำนวนชั่วโมง</w:t>
            </w:r>
            <w:proofErr w:type="spellEnd"/>
          </w:p>
        </w:tc>
        <w:tc>
          <w:tcPr>
            <w:tcW w:w="1701" w:type="dxa"/>
            <w:shd w:val="clear" w:color="auto" w:fill="auto"/>
          </w:tcPr>
          <w:p w14:paraId="76747898" w14:textId="2C6B4E2C" w:rsidR="001E2DDC" w:rsidRPr="00F560E6" w:rsidRDefault="00911830" w:rsidP="00F560E6">
            <w:pPr>
              <w:spacing w:after="0" w:line="240" w:lineRule="auto"/>
            </w:pPr>
            <w:r>
              <w:rPr>
                <w:rFonts w:cs="TH SarabunPSK" w:hint="cs"/>
                <w:szCs w:val="32"/>
                <w:cs/>
                <w:lang w:bidi="th-TH"/>
              </w:rPr>
              <w:t>ผู้ดูแลนักศึกษา</w:t>
            </w:r>
          </w:p>
        </w:tc>
      </w:tr>
      <w:tr w:rsidR="001E2DDC" w:rsidRPr="00F560E6" w14:paraId="2EF5C6EA" w14:textId="77777777" w:rsidTr="00F560E6">
        <w:tc>
          <w:tcPr>
            <w:tcW w:w="2093" w:type="dxa"/>
            <w:shd w:val="clear" w:color="auto" w:fill="auto"/>
          </w:tcPr>
          <w:p w14:paraId="4E0F3434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559" w:type="dxa"/>
            <w:shd w:val="clear" w:color="auto" w:fill="auto"/>
          </w:tcPr>
          <w:p w14:paraId="38528B47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auto"/>
          </w:tcPr>
          <w:p w14:paraId="51B5FB35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4D7306FB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50DFA625" w14:textId="77777777" w:rsidR="001E2DDC" w:rsidRPr="00F560E6" w:rsidRDefault="001E2DDC" w:rsidP="00F560E6">
            <w:pPr>
              <w:spacing w:after="0" w:line="240" w:lineRule="auto"/>
            </w:pPr>
          </w:p>
        </w:tc>
      </w:tr>
      <w:tr w:rsidR="001E2DDC" w:rsidRPr="00F560E6" w14:paraId="5F20B2BE" w14:textId="77777777" w:rsidTr="00F560E6">
        <w:tc>
          <w:tcPr>
            <w:tcW w:w="2093" w:type="dxa"/>
            <w:shd w:val="clear" w:color="auto" w:fill="auto"/>
          </w:tcPr>
          <w:p w14:paraId="25DCC0F2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559" w:type="dxa"/>
            <w:shd w:val="clear" w:color="auto" w:fill="auto"/>
          </w:tcPr>
          <w:p w14:paraId="20E2D7C3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auto"/>
          </w:tcPr>
          <w:p w14:paraId="397C1122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67AA0F27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02144827" w14:textId="77777777" w:rsidR="001E2DDC" w:rsidRPr="00F560E6" w:rsidRDefault="001E2DDC" w:rsidP="00F560E6">
            <w:pPr>
              <w:spacing w:after="0" w:line="240" w:lineRule="auto"/>
            </w:pPr>
          </w:p>
        </w:tc>
      </w:tr>
      <w:tr w:rsidR="001E2DDC" w:rsidRPr="00F560E6" w14:paraId="069CE7CA" w14:textId="77777777" w:rsidTr="00F560E6">
        <w:tc>
          <w:tcPr>
            <w:tcW w:w="2093" w:type="dxa"/>
            <w:shd w:val="clear" w:color="auto" w:fill="auto"/>
          </w:tcPr>
          <w:p w14:paraId="0476142C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559" w:type="dxa"/>
            <w:shd w:val="clear" w:color="auto" w:fill="auto"/>
          </w:tcPr>
          <w:p w14:paraId="40F08ABD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auto"/>
          </w:tcPr>
          <w:p w14:paraId="67075BAF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20553F6A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016E7C22" w14:textId="77777777" w:rsidR="001E2DDC" w:rsidRPr="00F560E6" w:rsidRDefault="001E2DDC" w:rsidP="00F560E6">
            <w:pPr>
              <w:spacing w:after="0" w:line="240" w:lineRule="auto"/>
            </w:pPr>
          </w:p>
        </w:tc>
      </w:tr>
      <w:tr w:rsidR="001E2DDC" w:rsidRPr="00F560E6" w14:paraId="0BF72B99" w14:textId="77777777" w:rsidTr="00F560E6">
        <w:tc>
          <w:tcPr>
            <w:tcW w:w="2093" w:type="dxa"/>
            <w:shd w:val="clear" w:color="auto" w:fill="auto"/>
          </w:tcPr>
          <w:p w14:paraId="4C74F624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559" w:type="dxa"/>
            <w:shd w:val="clear" w:color="auto" w:fill="auto"/>
          </w:tcPr>
          <w:p w14:paraId="3E13AC89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auto"/>
          </w:tcPr>
          <w:p w14:paraId="13CEDC1D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01DEFDEF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62C0728B" w14:textId="77777777" w:rsidR="001E2DDC" w:rsidRPr="00F560E6" w:rsidRDefault="001E2DDC" w:rsidP="00F560E6">
            <w:pPr>
              <w:spacing w:after="0" w:line="240" w:lineRule="auto"/>
            </w:pPr>
          </w:p>
        </w:tc>
      </w:tr>
      <w:tr w:rsidR="001E2DDC" w:rsidRPr="00F560E6" w14:paraId="29DF6C9E" w14:textId="77777777" w:rsidTr="00F560E6">
        <w:tc>
          <w:tcPr>
            <w:tcW w:w="2093" w:type="dxa"/>
            <w:shd w:val="clear" w:color="auto" w:fill="auto"/>
          </w:tcPr>
          <w:p w14:paraId="245042AF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559" w:type="dxa"/>
            <w:shd w:val="clear" w:color="auto" w:fill="auto"/>
          </w:tcPr>
          <w:p w14:paraId="361AEC98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auto"/>
          </w:tcPr>
          <w:p w14:paraId="41F365D3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31962AFE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68FC15DB" w14:textId="77777777" w:rsidR="001E2DDC" w:rsidRPr="00F560E6" w:rsidRDefault="001E2DDC" w:rsidP="00F560E6">
            <w:pPr>
              <w:spacing w:after="0" w:line="240" w:lineRule="auto"/>
            </w:pPr>
          </w:p>
        </w:tc>
      </w:tr>
      <w:tr w:rsidR="001E2DDC" w:rsidRPr="00F560E6" w14:paraId="69D970D3" w14:textId="77777777" w:rsidTr="00F560E6">
        <w:tc>
          <w:tcPr>
            <w:tcW w:w="2093" w:type="dxa"/>
            <w:shd w:val="clear" w:color="auto" w:fill="auto"/>
          </w:tcPr>
          <w:p w14:paraId="7B56BF1D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559" w:type="dxa"/>
            <w:shd w:val="clear" w:color="auto" w:fill="auto"/>
          </w:tcPr>
          <w:p w14:paraId="49EEB3F2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auto"/>
          </w:tcPr>
          <w:p w14:paraId="657A20DB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194B5883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7A8F6317" w14:textId="77777777" w:rsidR="001E2DDC" w:rsidRPr="00F560E6" w:rsidRDefault="001E2DDC" w:rsidP="00F560E6">
            <w:pPr>
              <w:spacing w:after="0" w:line="240" w:lineRule="auto"/>
            </w:pPr>
          </w:p>
        </w:tc>
      </w:tr>
      <w:tr w:rsidR="001E2DDC" w:rsidRPr="00F560E6" w14:paraId="15FA5632" w14:textId="77777777" w:rsidTr="00F560E6">
        <w:tc>
          <w:tcPr>
            <w:tcW w:w="2093" w:type="dxa"/>
            <w:shd w:val="clear" w:color="auto" w:fill="auto"/>
          </w:tcPr>
          <w:p w14:paraId="55CA3813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559" w:type="dxa"/>
            <w:shd w:val="clear" w:color="auto" w:fill="auto"/>
          </w:tcPr>
          <w:p w14:paraId="49D6208C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auto"/>
          </w:tcPr>
          <w:p w14:paraId="36AB6710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689DA03C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02190C52" w14:textId="77777777" w:rsidR="001E2DDC" w:rsidRPr="00F560E6" w:rsidRDefault="001E2DDC" w:rsidP="00F560E6">
            <w:pPr>
              <w:spacing w:after="0" w:line="240" w:lineRule="auto"/>
            </w:pPr>
          </w:p>
        </w:tc>
      </w:tr>
      <w:tr w:rsidR="001E2DDC" w:rsidRPr="00F560E6" w14:paraId="06B07FD7" w14:textId="77777777" w:rsidTr="00F560E6">
        <w:tc>
          <w:tcPr>
            <w:tcW w:w="2093" w:type="dxa"/>
            <w:shd w:val="clear" w:color="auto" w:fill="auto"/>
          </w:tcPr>
          <w:p w14:paraId="3FC97CAE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559" w:type="dxa"/>
            <w:shd w:val="clear" w:color="auto" w:fill="auto"/>
          </w:tcPr>
          <w:p w14:paraId="2FC0F8C0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auto"/>
          </w:tcPr>
          <w:p w14:paraId="1913B9EA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24D00985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5C0A000B" w14:textId="77777777" w:rsidR="001E2DDC" w:rsidRPr="00F560E6" w:rsidRDefault="001E2DDC" w:rsidP="00F560E6">
            <w:pPr>
              <w:spacing w:after="0" w:line="240" w:lineRule="auto"/>
            </w:pPr>
          </w:p>
        </w:tc>
      </w:tr>
      <w:tr w:rsidR="001E2DDC" w:rsidRPr="00F560E6" w14:paraId="2D1B6425" w14:textId="77777777" w:rsidTr="00F560E6">
        <w:tc>
          <w:tcPr>
            <w:tcW w:w="2093" w:type="dxa"/>
            <w:shd w:val="clear" w:color="auto" w:fill="auto"/>
          </w:tcPr>
          <w:p w14:paraId="3C25066A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559" w:type="dxa"/>
            <w:shd w:val="clear" w:color="auto" w:fill="auto"/>
          </w:tcPr>
          <w:p w14:paraId="7373E9E5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auto"/>
          </w:tcPr>
          <w:p w14:paraId="40E0EAC8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0F9BC669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6617761F" w14:textId="77777777" w:rsidR="001E2DDC" w:rsidRPr="00F560E6" w:rsidRDefault="001E2DDC" w:rsidP="00F560E6">
            <w:pPr>
              <w:spacing w:after="0" w:line="240" w:lineRule="auto"/>
            </w:pPr>
          </w:p>
        </w:tc>
      </w:tr>
      <w:tr w:rsidR="001E2DDC" w:rsidRPr="00F560E6" w14:paraId="1744CE4E" w14:textId="77777777" w:rsidTr="00F560E6">
        <w:tc>
          <w:tcPr>
            <w:tcW w:w="2093" w:type="dxa"/>
            <w:shd w:val="clear" w:color="auto" w:fill="auto"/>
          </w:tcPr>
          <w:p w14:paraId="0EDDB3F7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559" w:type="dxa"/>
            <w:shd w:val="clear" w:color="auto" w:fill="auto"/>
          </w:tcPr>
          <w:p w14:paraId="6A4DBA02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auto"/>
          </w:tcPr>
          <w:p w14:paraId="42E5D02B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056FDB9D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2F48CF48" w14:textId="77777777" w:rsidR="001E2DDC" w:rsidRPr="00F560E6" w:rsidRDefault="001E2DDC" w:rsidP="00F560E6">
            <w:pPr>
              <w:spacing w:after="0" w:line="240" w:lineRule="auto"/>
            </w:pPr>
          </w:p>
        </w:tc>
      </w:tr>
      <w:tr w:rsidR="001E2DDC" w:rsidRPr="00F560E6" w14:paraId="014F253C" w14:textId="77777777" w:rsidTr="00F560E6">
        <w:tc>
          <w:tcPr>
            <w:tcW w:w="2093" w:type="dxa"/>
            <w:shd w:val="clear" w:color="auto" w:fill="auto"/>
          </w:tcPr>
          <w:p w14:paraId="45AB554F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559" w:type="dxa"/>
            <w:shd w:val="clear" w:color="auto" w:fill="auto"/>
          </w:tcPr>
          <w:p w14:paraId="58F4A2C5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auto"/>
          </w:tcPr>
          <w:p w14:paraId="3C154F0F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1886D715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07F5F1EF" w14:textId="77777777" w:rsidR="001E2DDC" w:rsidRPr="00F560E6" w:rsidRDefault="001E2DDC" w:rsidP="00F560E6">
            <w:pPr>
              <w:spacing w:after="0" w:line="240" w:lineRule="auto"/>
            </w:pPr>
          </w:p>
        </w:tc>
      </w:tr>
      <w:tr w:rsidR="001E2DDC" w:rsidRPr="00F560E6" w14:paraId="3FCCA0B1" w14:textId="77777777" w:rsidTr="00F560E6">
        <w:tc>
          <w:tcPr>
            <w:tcW w:w="2093" w:type="dxa"/>
            <w:shd w:val="clear" w:color="auto" w:fill="auto"/>
          </w:tcPr>
          <w:p w14:paraId="5454263E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559" w:type="dxa"/>
            <w:shd w:val="clear" w:color="auto" w:fill="auto"/>
          </w:tcPr>
          <w:p w14:paraId="3B4C0240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auto"/>
          </w:tcPr>
          <w:p w14:paraId="6DFF1B80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6ECEFDED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15F053D4" w14:textId="77777777" w:rsidR="001E2DDC" w:rsidRPr="00F560E6" w:rsidRDefault="001E2DDC" w:rsidP="00F560E6">
            <w:pPr>
              <w:spacing w:after="0" w:line="240" w:lineRule="auto"/>
            </w:pPr>
          </w:p>
        </w:tc>
      </w:tr>
      <w:tr w:rsidR="001E2DDC" w:rsidRPr="00F560E6" w14:paraId="1E26FE2C" w14:textId="77777777" w:rsidTr="00F560E6">
        <w:tc>
          <w:tcPr>
            <w:tcW w:w="2093" w:type="dxa"/>
            <w:shd w:val="clear" w:color="auto" w:fill="auto"/>
          </w:tcPr>
          <w:p w14:paraId="283D7461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559" w:type="dxa"/>
            <w:shd w:val="clear" w:color="auto" w:fill="auto"/>
          </w:tcPr>
          <w:p w14:paraId="58A66B0E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auto"/>
          </w:tcPr>
          <w:p w14:paraId="0365CC4F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735BAC77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1EF45329" w14:textId="77777777" w:rsidR="001E2DDC" w:rsidRPr="00F560E6" w:rsidRDefault="001E2DDC" w:rsidP="00F560E6">
            <w:pPr>
              <w:spacing w:after="0" w:line="240" w:lineRule="auto"/>
            </w:pPr>
          </w:p>
        </w:tc>
      </w:tr>
      <w:tr w:rsidR="001E2DDC" w:rsidRPr="00F560E6" w14:paraId="7C2E260C" w14:textId="77777777" w:rsidTr="00F560E6">
        <w:tc>
          <w:tcPr>
            <w:tcW w:w="2093" w:type="dxa"/>
            <w:shd w:val="clear" w:color="auto" w:fill="auto"/>
          </w:tcPr>
          <w:p w14:paraId="58F1B340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559" w:type="dxa"/>
            <w:shd w:val="clear" w:color="auto" w:fill="auto"/>
          </w:tcPr>
          <w:p w14:paraId="4B769336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auto"/>
          </w:tcPr>
          <w:p w14:paraId="1EFA6D37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083C8E5B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162DF574" w14:textId="77777777" w:rsidR="001E2DDC" w:rsidRPr="00F560E6" w:rsidRDefault="001E2DDC" w:rsidP="00F560E6">
            <w:pPr>
              <w:spacing w:after="0" w:line="240" w:lineRule="auto"/>
            </w:pPr>
          </w:p>
        </w:tc>
      </w:tr>
      <w:tr w:rsidR="001E2DDC" w:rsidRPr="00F560E6" w14:paraId="717F1D5D" w14:textId="77777777" w:rsidTr="00F560E6">
        <w:tc>
          <w:tcPr>
            <w:tcW w:w="2093" w:type="dxa"/>
            <w:shd w:val="clear" w:color="auto" w:fill="auto"/>
          </w:tcPr>
          <w:p w14:paraId="1176A26F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559" w:type="dxa"/>
            <w:shd w:val="clear" w:color="auto" w:fill="auto"/>
          </w:tcPr>
          <w:p w14:paraId="0F422A69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auto"/>
          </w:tcPr>
          <w:p w14:paraId="7861A674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553BA5B4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6C50C414" w14:textId="77777777" w:rsidR="001E2DDC" w:rsidRPr="00F560E6" w:rsidRDefault="001E2DDC" w:rsidP="00F560E6">
            <w:pPr>
              <w:spacing w:after="0" w:line="240" w:lineRule="auto"/>
            </w:pPr>
          </w:p>
        </w:tc>
      </w:tr>
      <w:tr w:rsidR="001E2DDC" w:rsidRPr="00F560E6" w14:paraId="2A1FF8C5" w14:textId="77777777" w:rsidTr="00F560E6">
        <w:tc>
          <w:tcPr>
            <w:tcW w:w="2093" w:type="dxa"/>
            <w:shd w:val="clear" w:color="auto" w:fill="auto"/>
          </w:tcPr>
          <w:p w14:paraId="34965A6B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559" w:type="dxa"/>
            <w:shd w:val="clear" w:color="auto" w:fill="auto"/>
          </w:tcPr>
          <w:p w14:paraId="0717886D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auto"/>
          </w:tcPr>
          <w:p w14:paraId="2CD97100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2CD0D7B4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62EFF1E6" w14:textId="77777777" w:rsidR="001E2DDC" w:rsidRPr="00F560E6" w:rsidRDefault="001E2DDC" w:rsidP="00F560E6">
            <w:pPr>
              <w:spacing w:after="0" w:line="240" w:lineRule="auto"/>
            </w:pPr>
          </w:p>
        </w:tc>
      </w:tr>
      <w:tr w:rsidR="001E2DDC" w:rsidRPr="00F560E6" w14:paraId="70A306A0" w14:textId="77777777" w:rsidTr="00F560E6">
        <w:tc>
          <w:tcPr>
            <w:tcW w:w="2093" w:type="dxa"/>
            <w:shd w:val="clear" w:color="auto" w:fill="auto"/>
          </w:tcPr>
          <w:p w14:paraId="27976CD8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559" w:type="dxa"/>
            <w:shd w:val="clear" w:color="auto" w:fill="auto"/>
          </w:tcPr>
          <w:p w14:paraId="773754AF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auto"/>
          </w:tcPr>
          <w:p w14:paraId="20B8C2F3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6B1BA40A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1E710394" w14:textId="77777777" w:rsidR="001E2DDC" w:rsidRPr="00F560E6" w:rsidRDefault="001E2DDC" w:rsidP="00F560E6">
            <w:pPr>
              <w:spacing w:after="0" w:line="240" w:lineRule="auto"/>
            </w:pPr>
          </w:p>
        </w:tc>
      </w:tr>
      <w:tr w:rsidR="001E2DDC" w:rsidRPr="00F560E6" w14:paraId="527772B1" w14:textId="77777777" w:rsidTr="00F560E6">
        <w:tc>
          <w:tcPr>
            <w:tcW w:w="2093" w:type="dxa"/>
            <w:shd w:val="clear" w:color="auto" w:fill="auto"/>
          </w:tcPr>
          <w:p w14:paraId="39421B5E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559" w:type="dxa"/>
            <w:shd w:val="clear" w:color="auto" w:fill="auto"/>
          </w:tcPr>
          <w:p w14:paraId="3820A6B6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auto"/>
          </w:tcPr>
          <w:p w14:paraId="57A86B7C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733045F1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1DF81CD9" w14:textId="77777777" w:rsidR="001E2DDC" w:rsidRPr="00F560E6" w:rsidRDefault="001E2DDC" w:rsidP="00F560E6">
            <w:pPr>
              <w:spacing w:after="0" w:line="240" w:lineRule="auto"/>
            </w:pPr>
          </w:p>
        </w:tc>
      </w:tr>
      <w:tr w:rsidR="001E2DDC" w:rsidRPr="00F560E6" w14:paraId="1B97219E" w14:textId="77777777" w:rsidTr="00F560E6">
        <w:tc>
          <w:tcPr>
            <w:tcW w:w="2093" w:type="dxa"/>
            <w:shd w:val="clear" w:color="auto" w:fill="auto"/>
          </w:tcPr>
          <w:p w14:paraId="4B77E38A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559" w:type="dxa"/>
            <w:shd w:val="clear" w:color="auto" w:fill="auto"/>
          </w:tcPr>
          <w:p w14:paraId="51610CE8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auto"/>
          </w:tcPr>
          <w:p w14:paraId="13391014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0F2A830B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6CF2042D" w14:textId="77777777" w:rsidR="001E2DDC" w:rsidRPr="00F560E6" w:rsidRDefault="001E2DDC" w:rsidP="00F560E6">
            <w:pPr>
              <w:spacing w:after="0" w:line="240" w:lineRule="auto"/>
            </w:pPr>
          </w:p>
        </w:tc>
      </w:tr>
      <w:tr w:rsidR="001E2DDC" w:rsidRPr="00F560E6" w14:paraId="75FF2816" w14:textId="77777777" w:rsidTr="00F560E6">
        <w:tc>
          <w:tcPr>
            <w:tcW w:w="2093" w:type="dxa"/>
            <w:shd w:val="clear" w:color="auto" w:fill="auto"/>
          </w:tcPr>
          <w:p w14:paraId="0FF17A33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559" w:type="dxa"/>
            <w:shd w:val="clear" w:color="auto" w:fill="auto"/>
          </w:tcPr>
          <w:p w14:paraId="3DE9BB2A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auto"/>
          </w:tcPr>
          <w:p w14:paraId="4ABDFC6B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75897D9E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36A5140E" w14:textId="77777777" w:rsidR="001E2DDC" w:rsidRPr="00F560E6" w:rsidRDefault="001E2DDC" w:rsidP="00F560E6">
            <w:pPr>
              <w:spacing w:after="0" w:line="240" w:lineRule="auto"/>
            </w:pPr>
          </w:p>
        </w:tc>
      </w:tr>
      <w:tr w:rsidR="001E2DDC" w:rsidRPr="00F560E6" w14:paraId="417456CF" w14:textId="77777777" w:rsidTr="00F560E6">
        <w:tc>
          <w:tcPr>
            <w:tcW w:w="2093" w:type="dxa"/>
            <w:shd w:val="clear" w:color="auto" w:fill="auto"/>
          </w:tcPr>
          <w:p w14:paraId="58B1CD60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559" w:type="dxa"/>
            <w:shd w:val="clear" w:color="auto" w:fill="auto"/>
          </w:tcPr>
          <w:p w14:paraId="3820BF9B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auto"/>
          </w:tcPr>
          <w:p w14:paraId="5B636E14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1082EE21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09F61AF1" w14:textId="77777777" w:rsidR="001E2DDC" w:rsidRPr="00F560E6" w:rsidRDefault="001E2DDC" w:rsidP="00F560E6">
            <w:pPr>
              <w:spacing w:after="0" w:line="240" w:lineRule="auto"/>
            </w:pPr>
          </w:p>
        </w:tc>
      </w:tr>
      <w:tr w:rsidR="001E2DDC" w:rsidRPr="00F560E6" w14:paraId="5AAF4C93" w14:textId="77777777" w:rsidTr="00F560E6">
        <w:tc>
          <w:tcPr>
            <w:tcW w:w="2093" w:type="dxa"/>
            <w:shd w:val="clear" w:color="auto" w:fill="auto"/>
          </w:tcPr>
          <w:p w14:paraId="27331313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559" w:type="dxa"/>
            <w:shd w:val="clear" w:color="auto" w:fill="auto"/>
          </w:tcPr>
          <w:p w14:paraId="6D6F8B81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auto"/>
          </w:tcPr>
          <w:p w14:paraId="6B47B844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3974F1D4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566E25DC" w14:textId="77777777" w:rsidR="001E2DDC" w:rsidRPr="00F560E6" w:rsidRDefault="001E2DDC" w:rsidP="00F560E6">
            <w:pPr>
              <w:spacing w:after="0" w:line="240" w:lineRule="auto"/>
            </w:pPr>
          </w:p>
        </w:tc>
      </w:tr>
      <w:tr w:rsidR="001E2DDC" w:rsidRPr="00F560E6" w14:paraId="6A62BB69" w14:textId="77777777" w:rsidTr="00F560E6">
        <w:tc>
          <w:tcPr>
            <w:tcW w:w="2093" w:type="dxa"/>
            <w:shd w:val="clear" w:color="auto" w:fill="auto"/>
          </w:tcPr>
          <w:p w14:paraId="12199393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559" w:type="dxa"/>
            <w:shd w:val="clear" w:color="auto" w:fill="auto"/>
          </w:tcPr>
          <w:p w14:paraId="7A3F1EA7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auto"/>
          </w:tcPr>
          <w:p w14:paraId="6287EBF8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13747A50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76851425" w14:textId="77777777" w:rsidR="001E2DDC" w:rsidRPr="00F560E6" w:rsidRDefault="001E2DDC" w:rsidP="00F560E6">
            <w:pPr>
              <w:spacing w:after="0" w:line="240" w:lineRule="auto"/>
            </w:pPr>
          </w:p>
        </w:tc>
      </w:tr>
      <w:tr w:rsidR="001E2DDC" w:rsidRPr="00F560E6" w14:paraId="2D71B84E" w14:textId="77777777" w:rsidTr="00F560E6">
        <w:tc>
          <w:tcPr>
            <w:tcW w:w="2093" w:type="dxa"/>
            <w:shd w:val="clear" w:color="auto" w:fill="auto"/>
          </w:tcPr>
          <w:p w14:paraId="68BCA19B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559" w:type="dxa"/>
            <w:shd w:val="clear" w:color="auto" w:fill="auto"/>
          </w:tcPr>
          <w:p w14:paraId="279097D1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auto"/>
          </w:tcPr>
          <w:p w14:paraId="711D04F7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015461FC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1D3FA38A" w14:textId="77777777" w:rsidR="001E2DDC" w:rsidRPr="00F560E6" w:rsidRDefault="001E2DDC" w:rsidP="00F560E6">
            <w:pPr>
              <w:spacing w:after="0" w:line="240" w:lineRule="auto"/>
            </w:pPr>
          </w:p>
        </w:tc>
      </w:tr>
      <w:tr w:rsidR="001E2DDC" w:rsidRPr="00F560E6" w14:paraId="0EA8EF5B" w14:textId="77777777" w:rsidTr="00F560E6">
        <w:tc>
          <w:tcPr>
            <w:tcW w:w="2093" w:type="dxa"/>
            <w:shd w:val="clear" w:color="auto" w:fill="auto"/>
          </w:tcPr>
          <w:p w14:paraId="7EB85F23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559" w:type="dxa"/>
            <w:shd w:val="clear" w:color="auto" w:fill="auto"/>
          </w:tcPr>
          <w:p w14:paraId="0226BF43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auto"/>
          </w:tcPr>
          <w:p w14:paraId="23841AAC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1E000E35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032DC9F2" w14:textId="77777777" w:rsidR="001E2DDC" w:rsidRPr="00F560E6" w:rsidRDefault="001E2DDC" w:rsidP="00F560E6">
            <w:pPr>
              <w:spacing w:after="0" w:line="240" w:lineRule="auto"/>
            </w:pPr>
          </w:p>
        </w:tc>
      </w:tr>
      <w:tr w:rsidR="001E2DDC" w:rsidRPr="00F560E6" w14:paraId="40919600" w14:textId="77777777" w:rsidTr="00F560E6">
        <w:tc>
          <w:tcPr>
            <w:tcW w:w="2093" w:type="dxa"/>
            <w:shd w:val="clear" w:color="auto" w:fill="auto"/>
          </w:tcPr>
          <w:p w14:paraId="01F33082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559" w:type="dxa"/>
            <w:shd w:val="clear" w:color="auto" w:fill="auto"/>
          </w:tcPr>
          <w:p w14:paraId="6998A96A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auto"/>
          </w:tcPr>
          <w:p w14:paraId="20A83E93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71754991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3B943A69" w14:textId="77777777" w:rsidR="001E2DDC" w:rsidRPr="00F560E6" w:rsidRDefault="001E2DDC" w:rsidP="00F560E6">
            <w:pPr>
              <w:spacing w:after="0" w:line="240" w:lineRule="auto"/>
            </w:pPr>
          </w:p>
        </w:tc>
      </w:tr>
      <w:tr w:rsidR="001E2DDC" w:rsidRPr="00F560E6" w14:paraId="05010ACA" w14:textId="77777777" w:rsidTr="00F560E6">
        <w:tc>
          <w:tcPr>
            <w:tcW w:w="2093" w:type="dxa"/>
            <w:shd w:val="clear" w:color="auto" w:fill="auto"/>
          </w:tcPr>
          <w:p w14:paraId="2C345F42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559" w:type="dxa"/>
            <w:shd w:val="clear" w:color="auto" w:fill="auto"/>
          </w:tcPr>
          <w:p w14:paraId="703737F9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auto"/>
          </w:tcPr>
          <w:p w14:paraId="116B32DC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588AEEDF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64FACFC1" w14:textId="77777777" w:rsidR="001E2DDC" w:rsidRPr="00F560E6" w:rsidRDefault="001E2DDC" w:rsidP="00F560E6">
            <w:pPr>
              <w:spacing w:after="0" w:line="240" w:lineRule="auto"/>
            </w:pPr>
          </w:p>
        </w:tc>
      </w:tr>
      <w:tr w:rsidR="001E2DDC" w:rsidRPr="00F560E6" w14:paraId="2AB2B522" w14:textId="77777777" w:rsidTr="00F560E6">
        <w:tc>
          <w:tcPr>
            <w:tcW w:w="2093" w:type="dxa"/>
            <w:shd w:val="clear" w:color="auto" w:fill="auto"/>
          </w:tcPr>
          <w:p w14:paraId="14079B89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559" w:type="dxa"/>
            <w:shd w:val="clear" w:color="auto" w:fill="auto"/>
          </w:tcPr>
          <w:p w14:paraId="02E69A6F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auto"/>
          </w:tcPr>
          <w:p w14:paraId="63BF489F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3C51F3BA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2EFFE9A2" w14:textId="77777777" w:rsidR="001E2DDC" w:rsidRPr="00F560E6" w:rsidRDefault="001E2DDC" w:rsidP="00F560E6">
            <w:pPr>
              <w:spacing w:after="0" w:line="240" w:lineRule="auto"/>
            </w:pPr>
          </w:p>
        </w:tc>
      </w:tr>
      <w:tr w:rsidR="001E2DDC" w:rsidRPr="00F560E6" w14:paraId="17F34466" w14:textId="77777777" w:rsidTr="00F560E6">
        <w:tc>
          <w:tcPr>
            <w:tcW w:w="2093" w:type="dxa"/>
            <w:shd w:val="clear" w:color="auto" w:fill="auto"/>
          </w:tcPr>
          <w:p w14:paraId="24DBA58E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559" w:type="dxa"/>
            <w:shd w:val="clear" w:color="auto" w:fill="auto"/>
          </w:tcPr>
          <w:p w14:paraId="196B0803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auto"/>
          </w:tcPr>
          <w:p w14:paraId="3A1F233F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5797FEA7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7D11338B" w14:textId="77777777" w:rsidR="001E2DDC" w:rsidRPr="00F560E6" w:rsidRDefault="001E2DDC" w:rsidP="00F560E6">
            <w:pPr>
              <w:spacing w:after="0" w:line="240" w:lineRule="auto"/>
            </w:pPr>
          </w:p>
        </w:tc>
      </w:tr>
      <w:tr w:rsidR="001E2DDC" w:rsidRPr="00F560E6" w14:paraId="7EE1FCB0" w14:textId="77777777" w:rsidTr="00F560E6">
        <w:tc>
          <w:tcPr>
            <w:tcW w:w="2093" w:type="dxa"/>
            <w:shd w:val="clear" w:color="auto" w:fill="auto"/>
          </w:tcPr>
          <w:p w14:paraId="6A93BBEB" w14:textId="77777777" w:rsidR="001E2DDC" w:rsidRPr="00F560E6" w:rsidRDefault="00C44DB2" w:rsidP="00F560E6">
            <w:pPr>
              <w:spacing w:after="0" w:line="240" w:lineRule="auto"/>
            </w:pPr>
            <w:proofErr w:type="spellStart"/>
            <w:r w:rsidRPr="001C2645">
              <w:rPr>
                <w:rFonts w:cs="TH SarabunPSK" w:hint="cs"/>
                <w:szCs w:val="32"/>
              </w:rPr>
              <w:lastRenderedPageBreak/>
              <w:t>วัน</w:t>
            </w:r>
            <w:proofErr w:type="spellEnd"/>
            <w:r w:rsidRPr="001C2645">
              <w:rPr>
                <w:rFonts w:cs="TH SarabunPSK" w:hint="cs"/>
                <w:szCs w:val="32"/>
                <w:lang w:bidi="th-TH"/>
              </w:rPr>
              <w:t>/</w:t>
            </w:r>
            <w:r w:rsidRPr="001C2645">
              <w:rPr>
                <w:rFonts w:cs="TH SarabunPSK" w:hint="cs"/>
                <w:szCs w:val="32"/>
                <w:cs/>
                <w:lang w:bidi="th-TH"/>
              </w:rPr>
              <w:t>เดือน/ปี</w:t>
            </w:r>
          </w:p>
        </w:tc>
        <w:tc>
          <w:tcPr>
            <w:tcW w:w="1559" w:type="dxa"/>
            <w:shd w:val="clear" w:color="auto" w:fill="auto"/>
          </w:tcPr>
          <w:p w14:paraId="409D0F6C" w14:textId="77777777" w:rsidR="001E2DDC" w:rsidRPr="00F560E6" w:rsidRDefault="001E2DDC" w:rsidP="00F560E6">
            <w:pPr>
              <w:spacing w:after="0" w:line="240" w:lineRule="auto"/>
            </w:pPr>
            <w:proofErr w:type="spellStart"/>
            <w:r w:rsidRPr="00F560E6">
              <w:t>เวลาเข้า</w:t>
            </w:r>
            <w:proofErr w:type="spellEnd"/>
          </w:p>
        </w:tc>
        <w:tc>
          <w:tcPr>
            <w:tcW w:w="1843" w:type="dxa"/>
            <w:shd w:val="clear" w:color="auto" w:fill="auto"/>
          </w:tcPr>
          <w:p w14:paraId="64656F09" w14:textId="77777777" w:rsidR="001E2DDC" w:rsidRPr="00F560E6" w:rsidRDefault="001E2DDC" w:rsidP="00F560E6">
            <w:pPr>
              <w:spacing w:after="0" w:line="240" w:lineRule="auto"/>
            </w:pPr>
            <w:proofErr w:type="spellStart"/>
            <w:r w:rsidRPr="00F560E6">
              <w:t>เวลาออก</w:t>
            </w:r>
            <w:proofErr w:type="spellEnd"/>
          </w:p>
        </w:tc>
        <w:tc>
          <w:tcPr>
            <w:tcW w:w="1701" w:type="dxa"/>
            <w:shd w:val="clear" w:color="auto" w:fill="auto"/>
          </w:tcPr>
          <w:p w14:paraId="22618D14" w14:textId="77777777" w:rsidR="001E2DDC" w:rsidRPr="00F560E6" w:rsidRDefault="001E2DDC" w:rsidP="00F560E6">
            <w:pPr>
              <w:spacing w:after="0" w:line="240" w:lineRule="auto"/>
            </w:pPr>
            <w:proofErr w:type="spellStart"/>
            <w:r w:rsidRPr="00F560E6">
              <w:t>จำนวนชั่วโมง</w:t>
            </w:r>
            <w:proofErr w:type="spellEnd"/>
          </w:p>
        </w:tc>
        <w:tc>
          <w:tcPr>
            <w:tcW w:w="1701" w:type="dxa"/>
            <w:shd w:val="clear" w:color="auto" w:fill="auto"/>
          </w:tcPr>
          <w:p w14:paraId="136E05D2" w14:textId="1F1238BD" w:rsidR="001E2DDC" w:rsidRPr="00F560E6" w:rsidRDefault="00911830" w:rsidP="00F560E6">
            <w:pPr>
              <w:spacing w:after="0" w:line="240" w:lineRule="auto"/>
            </w:pPr>
            <w:r>
              <w:rPr>
                <w:rFonts w:cs="TH SarabunPSK" w:hint="cs"/>
                <w:szCs w:val="32"/>
                <w:cs/>
                <w:lang w:bidi="th-TH"/>
              </w:rPr>
              <w:t>ผู้ดูแลนักศึกษา</w:t>
            </w:r>
          </w:p>
        </w:tc>
      </w:tr>
      <w:tr w:rsidR="001E2DDC" w:rsidRPr="00F560E6" w14:paraId="3AA40E9A" w14:textId="77777777" w:rsidTr="00F560E6">
        <w:tc>
          <w:tcPr>
            <w:tcW w:w="2093" w:type="dxa"/>
            <w:shd w:val="clear" w:color="auto" w:fill="auto"/>
          </w:tcPr>
          <w:p w14:paraId="3EA7DD01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559" w:type="dxa"/>
            <w:shd w:val="clear" w:color="auto" w:fill="auto"/>
          </w:tcPr>
          <w:p w14:paraId="48D64CF3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auto"/>
          </w:tcPr>
          <w:p w14:paraId="6052DB18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65AC193C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1650F3C2" w14:textId="77777777" w:rsidR="001E2DDC" w:rsidRPr="00F560E6" w:rsidRDefault="001E2DDC" w:rsidP="00F560E6">
            <w:pPr>
              <w:spacing w:after="0" w:line="240" w:lineRule="auto"/>
            </w:pPr>
          </w:p>
        </w:tc>
      </w:tr>
      <w:tr w:rsidR="001E2DDC" w:rsidRPr="00F560E6" w14:paraId="6EEB0F78" w14:textId="77777777" w:rsidTr="00F560E6">
        <w:tc>
          <w:tcPr>
            <w:tcW w:w="2093" w:type="dxa"/>
            <w:shd w:val="clear" w:color="auto" w:fill="auto"/>
          </w:tcPr>
          <w:p w14:paraId="42D0FB78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559" w:type="dxa"/>
            <w:shd w:val="clear" w:color="auto" w:fill="auto"/>
          </w:tcPr>
          <w:p w14:paraId="664BF60B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auto"/>
          </w:tcPr>
          <w:p w14:paraId="0B2B00D5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0BCB9006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1B60E2D7" w14:textId="77777777" w:rsidR="001E2DDC" w:rsidRPr="00F560E6" w:rsidRDefault="001E2DDC" w:rsidP="00F560E6">
            <w:pPr>
              <w:spacing w:after="0" w:line="240" w:lineRule="auto"/>
            </w:pPr>
          </w:p>
        </w:tc>
      </w:tr>
      <w:tr w:rsidR="001E2DDC" w:rsidRPr="00F560E6" w14:paraId="1BAD66ED" w14:textId="77777777" w:rsidTr="00F560E6">
        <w:tc>
          <w:tcPr>
            <w:tcW w:w="2093" w:type="dxa"/>
            <w:shd w:val="clear" w:color="auto" w:fill="auto"/>
          </w:tcPr>
          <w:p w14:paraId="4ABD65BB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559" w:type="dxa"/>
            <w:shd w:val="clear" w:color="auto" w:fill="auto"/>
          </w:tcPr>
          <w:p w14:paraId="5EF48994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auto"/>
          </w:tcPr>
          <w:p w14:paraId="664EDA04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7A0EB0D4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20A2AC01" w14:textId="77777777" w:rsidR="001E2DDC" w:rsidRPr="00F560E6" w:rsidRDefault="001E2DDC" w:rsidP="00F560E6">
            <w:pPr>
              <w:spacing w:after="0" w:line="240" w:lineRule="auto"/>
            </w:pPr>
          </w:p>
        </w:tc>
      </w:tr>
      <w:tr w:rsidR="001E2DDC" w:rsidRPr="00F560E6" w14:paraId="40AD3D75" w14:textId="77777777" w:rsidTr="00F560E6">
        <w:tc>
          <w:tcPr>
            <w:tcW w:w="2093" w:type="dxa"/>
            <w:shd w:val="clear" w:color="auto" w:fill="auto"/>
          </w:tcPr>
          <w:p w14:paraId="66524D4A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559" w:type="dxa"/>
            <w:shd w:val="clear" w:color="auto" w:fill="auto"/>
          </w:tcPr>
          <w:p w14:paraId="7E6BFCC0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auto"/>
          </w:tcPr>
          <w:p w14:paraId="0FCC4F09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2C00B45C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3213E7B8" w14:textId="77777777" w:rsidR="001E2DDC" w:rsidRPr="00F560E6" w:rsidRDefault="001E2DDC" w:rsidP="00F560E6">
            <w:pPr>
              <w:spacing w:after="0" w:line="240" w:lineRule="auto"/>
            </w:pPr>
          </w:p>
        </w:tc>
      </w:tr>
      <w:tr w:rsidR="001E2DDC" w:rsidRPr="00F560E6" w14:paraId="0F8DF226" w14:textId="77777777" w:rsidTr="00F560E6">
        <w:tc>
          <w:tcPr>
            <w:tcW w:w="2093" w:type="dxa"/>
            <w:shd w:val="clear" w:color="auto" w:fill="auto"/>
          </w:tcPr>
          <w:p w14:paraId="511B9382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559" w:type="dxa"/>
            <w:shd w:val="clear" w:color="auto" w:fill="auto"/>
          </w:tcPr>
          <w:p w14:paraId="29F6D28C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auto"/>
          </w:tcPr>
          <w:p w14:paraId="7CF8030C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5199DA6B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165D2CD7" w14:textId="77777777" w:rsidR="001E2DDC" w:rsidRPr="00F560E6" w:rsidRDefault="001E2DDC" w:rsidP="00F560E6">
            <w:pPr>
              <w:spacing w:after="0" w:line="240" w:lineRule="auto"/>
            </w:pPr>
          </w:p>
        </w:tc>
      </w:tr>
      <w:tr w:rsidR="001E2DDC" w:rsidRPr="00F560E6" w14:paraId="53AE8B93" w14:textId="77777777" w:rsidTr="00F560E6">
        <w:tc>
          <w:tcPr>
            <w:tcW w:w="2093" w:type="dxa"/>
            <w:shd w:val="clear" w:color="auto" w:fill="auto"/>
          </w:tcPr>
          <w:p w14:paraId="538F5E91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559" w:type="dxa"/>
            <w:shd w:val="clear" w:color="auto" w:fill="auto"/>
          </w:tcPr>
          <w:p w14:paraId="3E2BB472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auto"/>
          </w:tcPr>
          <w:p w14:paraId="2DB6561A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4711F15F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16659FC2" w14:textId="77777777" w:rsidR="001E2DDC" w:rsidRPr="00F560E6" w:rsidRDefault="001E2DDC" w:rsidP="00F560E6">
            <w:pPr>
              <w:spacing w:after="0" w:line="240" w:lineRule="auto"/>
            </w:pPr>
          </w:p>
        </w:tc>
      </w:tr>
      <w:tr w:rsidR="001E2DDC" w:rsidRPr="00F560E6" w14:paraId="11BEED7C" w14:textId="77777777" w:rsidTr="00F560E6">
        <w:tc>
          <w:tcPr>
            <w:tcW w:w="2093" w:type="dxa"/>
            <w:shd w:val="clear" w:color="auto" w:fill="auto"/>
          </w:tcPr>
          <w:p w14:paraId="6A2D65C9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559" w:type="dxa"/>
            <w:shd w:val="clear" w:color="auto" w:fill="auto"/>
          </w:tcPr>
          <w:p w14:paraId="6AA6B29F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auto"/>
          </w:tcPr>
          <w:p w14:paraId="181F7F77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0B69BBD2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7257149E" w14:textId="77777777" w:rsidR="001E2DDC" w:rsidRPr="00F560E6" w:rsidRDefault="001E2DDC" w:rsidP="00F560E6">
            <w:pPr>
              <w:spacing w:after="0" w:line="240" w:lineRule="auto"/>
            </w:pPr>
          </w:p>
        </w:tc>
      </w:tr>
      <w:tr w:rsidR="001E2DDC" w:rsidRPr="00F560E6" w14:paraId="57528640" w14:textId="77777777" w:rsidTr="00F560E6">
        <w:tc>
          <w:tcPr>
            <w:tcW w:w="2093" w:type="dxa"/>
            <w:shd w:val="clear" w:color="auto" w:fill="auto"/>
          </w:tcPr>
          <w:p w14:paraId="64A959BA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559" w:type="dxa"/>
            <w:shd w:val="clear" w:color="auto" w:fill="auto"/>
          </w:tcPr>
          <w:p w14:paraId="4FE430CD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auto"/>
          </w:tcPr>
          <w:p w14:paraId="00310876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741E3E20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474258B9" w14:textId="77777777" w:rsidR="001E2DDC" w:rsidRPr="00F560E6" w:rsidRDefault="001E2DDC" w:rsidP="00F560E6">
            <w:pPr>
              <w:spacing w:after="0" w:line="240" w:lineRule="auto"/>
            </w:pPr>
          </w:p>
        </w:tc>
      </w:tr>
      <w:tr w:rsidR="001E2DDC" w:rsidRPr="00F560E6" w14:paraId="4BE852AE" w14:textId="77777777" w:rsidTr="00F560E6">
        <w:tc>
          <w:tcPr>
            <w:tcW w:w="2093" w:type="dxa"/>
            <w:shd w:val="clear" w:color="auto" w:fill="auto"/>
          </w:tcPr>
          <w:p w14:paraId="13F52550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559" w:type="dxa"/>
            <w:shd w:val="clear" w:color="auto" w:fill="auto"/>
          </w:tcPr>
          <w:p w14:paraId="3EA51C4B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auto"/>
          </w:tcPr>
          <w:p w14:paraId="5F3B45DB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7FF3CFE0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477AC51A" w14:textId="77777777" w:rsidR="001E2DDC" w:rsidRPr="00F560E6" w:rsidRDefault="001E2DDC" w:rsidP="00F560E6">
            <w:pPr>
              <w:spacing w:after="0" w:line="240" w:lineRule="auto"/>
            </w:pPr>
          </w:p>
        </w:tc>
      </w:tr>
      <w:tr w:rsidR="001E2DDC" w:rsidRPr="00F560E6" w14:paraId="1B433478" w14:textId="77777777" w:rsidTr="00F560E6">
        <w:tc>
          <w:tcPr>
            <w:tcW w:w="2093" w:type="dxa"/>
            <w:shd w:val="clear" w:color="auto" w:fill="auto"/>
          </w:tcPr>
          <w:p w14:paraId="2AB8CE0E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559" w:type="dxa"/>
            <w:shd w:val="clear" w:color="auto" w:fill="auto"/>
          </w:tcPr>
          <w:p w14:paraId="0EC5B7B2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auto"/>
          </w:tcPr>
          <w:p w14:paraId="5224DB83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6B06251A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65CA4197" w14:textId="77777777" w:rsidR="001E2DDC" w:rsidRPr="00F560E6" w:rsidRDefault="001E2DDC" w:rsidP="00F560E6">
            <w:pPr>
              <w:spacing w:after="0" w:line="240" w:lineRule="auto"/>
            </w:pPr>
          </w:p>
        </w:tc>
      </w:tr>
      <w:tr w:rsidR="001E2DDC" w:rsidRPr="00F560E6" w14:paraId="22878425" w14:textId="77777777" w:rsidTr="00F560E6">
        <w:tc>
          <w:tcPr>
            <w:tcW w:w="2093" w:type="dxa"/>
            <w:shd w:val="clear" w:color="auto" w:fill="auto"/>
          </w:tcPr>
          <w:p w14:paraId="7C40A7AC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559" w:type="dxa"/>
            <w:shd w:val="clear" w:color="auto" w:fill="auto"/>
          </w:tcPr>
          <w:p w14:paraId="576D67A5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auto"/>
          </w:tcPr>
          <w:p w14:paraId="1B2E1004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51293295" w14:textId="77777777" w:rsidR="001E2DDC" w:rsidRPr="00F560E6" w:rsidRDefault="001E2DDC" w:rsidP="00F560E6">
            <w:pPr>
              <w:spacing w:after="0" w:line="240" w:lineRule="auto"/>
            </w:pPr>
          </w:p>
        </w:tc>
        <w:tc>
          <w:tcPr>
            <w:tcW w:w="1701" w:type="dxa"/>
            <w:shd w:val="clear" w:color="auto" w:fill="auto"/>
          </w:tcPr>
          <w:p w14:paraId="348662C2" w14:textId="77777777" w:rsidR="001E2DDC" w:rsidRPr="00F560E6" w:rsidRDefault="001E2DDC" w:rsidP="00F560E6">
            <w:pPr>
              <w:spacing w:after="0" w:line="240" w:lineRule="auto"/>
            </w:pPr>
          </w:p>
        </w:tc>
      </w:tr>
    </w:tbl>
    <w:p w14:paraId="43E546D9" w14:textId="77777777" w:rsidR="00B73F92" w:rsidRDefault="00B73F92" w:rsidP="001E2DDC"/>
    <w:p w14:paraId="4DDBD0A4" w14:textId="77777777" w:rsidR="001E2DDC" w:rsidRDefault="001E2DDC" w:rsidP="001E2DDC">
      <w:pPr>
        <w:spacing w:after="0"/>
      </w:pPr>
    </w:p>
    <w:p w14:paraId="04E00D4E" w14:textId="77777777" w:rsidR="001E2DDC" w:rsidRPr="001E2DDC" w:rsidRDefault="001E2DDC" w:rsidP="001E2DDC">
      <w:pPr>
        <w:spacing w:after="0" w:line="240" w:lineRule="auto"/>
        <w:rPr>
          <w:rFonts w:cs="TH SarabunPSK"/>
          <w:sz w:val="40"/>
          <w:szCs w:val="40"/>
          <w:cs/>
          <w:lang w:bidi="th-TH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gramStart"/>
      <w:r w:rsidRPr="001E2DDC">
        <w:rPr>
          <w:rFonts w:cs="TH SarabunPSK" w:hint="cs"/>
          <w:sz w:val="40"/>
          <w:szCs w:val="40"/>
        </w:rPr>
        <w:t xml:space="preserve">(  </w:t>
      </w:r>
      <w:proofErr w:type="gramEnd"/>
      <w:r w:rsidRPr="001E2DDC">
        <w:rPr>
          <w:rFonts w:cs="TH SarabunPSK" w:hint="cs"/>
          <w:sz w:val="40"/>
          <w:szCs w:val="40"/>
        </w:rPr>
        <w:t xml:space="preserve">                                          </w:t>
      </w:r>
      <w:proofErr w:type="gramStart"/>
      <w:r w:rsidRPr="001E2DDC">
        <w:rPr>
          <w:rFonts w:cs="TH SarabunPSK" w:hint="cs"/>
          <w:sz w:val="40"/>
          <w:szCs w:val="40"/>
        </w:rPr>
        <w:t xml:space="preserve">  )</w:t>
      </w:r>
      <w:proofErr w:type="gramEnd"/>
      <w:r w:rsidRPr="001E2DDC">
        <w:rPr>
          <w:rFonts w:cs="TH SarabunPSK" w:hint="cs"/>
          <w:sz w:val="40"/>
          <w:szCs w:val="40"/>
        </w:rPr>
        <w:br/>
        <w:t xml:space="preserve">                                               </w:t>
      </w:r>
      <w:r w:rsidRPr="001E2DDC">
        <w:rPr>
          <w:rFonts w:cs="TH SarabunPSK" w:hint="cs"/>
          <w:sz w:val="28"/>
          <w:szCs w:val="28"/>
        </w:rPr>
        <w:t xml:space="preserve"> </w:t>
      </w:r>
      <w:r>
        <w:rPr>
          <w:rFonts w:cs="TH SarabunPSK"/>
          <w:sz w:val="28"/>
          <w:szCs w:val="28"/>
        </w:rPr>
        <w:br/>
        <w:t xml:space="preserve">                                                                            </w:t>
      </w:r>
      <w:r w:rsidRPr="001E2DDC">
        <w:rPr>
          <w:rFonts w:cs="TH SarabunPSK" w:hint="cs"/>
          <w:sz w:val="28"/>
          <w:szCs w:val="28"/>
        </w:rPr>
        <w:t>---------</w:t>
      </w:r>
      <w:r>
        <w:rPr>
          <w:rFonts w:cs="TH SarabunPSK"/>
          <w:sz w:val="28"/>
          <w:szCs w:val="28"/>
        </w:rPr>
        <w:t>--------</w:t>
      </w:r>
      <w:r w:rsidRPr="001E2DDC">
        <w:rPr>
          <w:rFonts w:cs="TH SarabunPSK" w:hint="cs"/>
          <w:sz w:val="28"/>
          <w:szCs w:val="28"/>
        </w:rPr>
        <w:t>------</w:t>
      </w:r>
      <w:r>
        <w:rPr>
          <w:rFonts w:cs="TH SarabunPSK"/>
          <w:sz w:val="28"/>
          <w:szCs w:val="28"/>
        </w:rPr>
        <w:t>----</w:t>
      </w:r>
      <w:r w:rsidRPr="001E2DDC">
        <w:rPr>
          <w:rFonts w:cs="TH SarabunPSK" w:hint="cs"/>
          <w:sz w:val="28"/>
          <w:szCs w:val="28"/>
        </w:rPr>
        <w:t>--------------------------------</w:t>
      </w:r>
      <w:r w:rsidRPr="001E2DDC">
        <w:rPr>
          <w:rFonts w:cs="TH SarabunPSK" w:hint="cs"/>
          <w:sz w:val="40"/>
          <w:szCs w:val="40"/>
        </w:rPr>
        <w:br/>
        <w:t xml:space="preserve"> </w:t>
      </w:r>
      <w:r w:rsidRPr="001E2DDC">
        <w:rPr>
          <w:rFonts w:cs="TH SarabunPSK" w:hint="cs"/>
          <w:sz w:val="40"/>
          <w:szCs w:val="40"/>
        </w:rPr>
        <w:tab/>
      </w:r>
      <w:r w:rsidRPr="001E2DDC">
        <w:rPr>
          <w:rFonts w:cs="TH SarabunPSK" w:hint="cs"/>
          <w:sz w:val="40"/>
          <w:szCs w:val="40"/>
        </w:rPr>
        <w:tab/>
      </w:r>
      <w:r w:rsidRPr="001E2DDC">
        <w:rPr>
          <w:rFonts w:cs="TH SarabunPSK" w:hint="cs"/>
          <w:sz w:val="40"/>
          <w:szCs w:val="40"/>
        </w:rPr>
        <w:tab/>
      </w:r>
      <w:r w:rsidRPr="001E2DDC">
        <w:rPr>
          <w:rFonts w:cs="TH SarabunPSK" w:hint="cs"/>
          <w:sz w:val="40"/>
          <w:szCs w:val="40"/>
        </w:rPr>
        <w:tab/>
      </w:r>
      <w:r w:rsidRPr="001E2DDC">
        <w:rPr>
          <w:rFonts w:cs="TH SarabunPSK" w:hint="cs"/>
          <w:sz w:val="40"/>
          <w:szCs w:val="40"/>
        </w:rPr>
        <w:tab/>
      </w:r>
      <w:r w:rsidRPr="001E2DDC">
        <w:rPr>
          <w:rFonts w:cs="TH SarabunPSK" w:hint="cs"/>
          <w:sz w:val="40"/>
          <w:szCs w:val="40"/>
        </w:rPr>
        <w:tab/>
      </w:r>
      <w:r w:rsidRPr="001E2DDC">
        <w:rPr>
          <w:rFonts w:cs="TH SarabunPSK" w:hint="cs"/>
          <w:sz w:val="40"/>
          <w:szCs w:val="40"/>
        </w:rPr>
        <w:tab/>
      </w:r>
      <w:r>
        <w:rPr>
          <w:rFonts w:cs="TH SarabunPSK"/>
          <w:sz w:val="40"/>
          <w:szCs w:val="40"/>
        </w:rPr>
        <w:t xml:space="preserve"> </w:t>
      </w:r>
      <w:r w:rsidRPr="001E2DDC">
        <w:rPr>
          <w:rFonts w:cs="TH SarabunPSK" w:hint="cs"/>
          <w:sz w:val="40"/>
          <w:szCs w:val="40"/>
          <w:cs/>
          <w:lang w:bidi="th-TH"/>
        </w:rPr>
        <w:t>หัวหน้าหน่วยงาน</w:t>
      </w:r>
      <w:r w:rsidR="00864E2C">
        <w:rPr>
          <w:rFonts w:cs="TH SarabunPSK" w:hint="cs"/>
          <w:sz w:val="40"/>
          <w:szCs w:val="40"/>
          <w:cs/>
          <w:lang w:bidi="th-TH"/>
        </w:rPr>
        <w:t>/ผู้จัดการ</w:t>
      </w:r>
    </w:p>
    <w:sectPr w:rsidR="001E2DDC" w:rsidRPr="001E2DDC" w:rsidSect="00034616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ordia New">
    <w:panose1 w:val="020B0304020202020204"/>
    <w:charset w:val="DE"/>
    <w:family w:val="swiss"/>
    <w:pitch w:val="variable"/>
    <w:sig w:usb0="81000003" w:usb1="00000000" w:usb2="00000000" w:usb3="00000000" w:csb0="00010001" w:csb1="00000000"/>
  </w:font>
  <w:font w:name="TH SarabunPSK">
    <w:charset w:val="DE"/>
    <w:family w:val="swiss"/>
    <w:pitch w:val="variable"/>
    <w:sig w:usb0="01000003" w:usb1="00000000" w:usb2="00000000" w:usb3="00000000" w:csb0="0001011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651058872">
    <w:abstractNumId w:val="8"/>
  </w:num>
  <w:num w:numId="2" w16cid:durableId="1946309312">
    <w:abstractNumId w:val="6"/>
  </w:num>
  <w:num w:numId="3" w16cid:durableId="1530266345">
    <w:abstractNumId w:val="5"/>
  </w:num>
  <w:num w:numId="4" w16cid:durableId="1337342043">
    <w:abstractNumId w:val="4"/>
  </w:num>
  <w:num w:numId="5" w16cid:durableId="1113482092">
    <w:abstractNumId w:val="7"/>
  </w:num>
  <w:num w:numId="6" w16cid:durableId="29844890">
    <w:abstractNumId w:val="3"/>
  </w:num>
  <w:num w:numId="7" w16cid:durableId="157310954">
    <w:abstractNumId w:val="2"/>
  </w:num>
  <w:num w:numId="8" w16cid:durableId="1790203746">
    <w:abstractNumId w:val="1"/>
  </w:num>
  <w:num w:numId="9" w16cid:durableId="18128358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oNotTrackMoves/>
  <w:defaultTabStop w:val="720"/>
  <w:characterSpacingControl w:val="doNotCompress"/>
  <w:compat>
    <w:applyBreakingRules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911830"/>
    <w:rsid w:val="00034616"/>
    <w:rsid w:val="0006063C"/>
    <w:rsid w:val="0006159E"/>
    <w:rsid w:val="0015074B"/>
    <w:rsid w:val="001E2DDC"/>
    <w:rsid w:val="0029639D"/>
    <w:rsid w:val="003050AF"/>
    <w:rsid w:val="00326F90"/>
    <w:rsid w:val="0067483C"/>
    <w:rsid w:val="00804E7F"/>
    <w:rsid w:val="00864E2C"/>
    <w:rsid w:val="00911830"/>
    <w:rsid w:val="00972DB7"/>
    <w:rsid w:val="009809D7"/>
    <w:rsid w:val="00AA1D8D"/>
    <w:rsid w:val="00AC0B65"/>
    <w:rsid w:val="00B47730"/>
    <w:rsid w:val="00B73F92"/>
    <w:rsid w:val="00C44DB2"/>
    <w:rsid w:val="00CB0664"/>
    <w:rsid w:val="00F560E6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7D5FD870"/>
  <w14:defaultImageDpi w14:val="300"/>
  <w15:docId w15:val="{03E99214-0399-49F7-AB5E-6D65BA5975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mbria" w:eastAsia="MS Mincho" w:hAnsi="Cambria" w:cs="Cordia New"/>
        <w:lang w:val="en-US" w:eastAsia="en-US" w:bidi="th-TH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C693F"/>
    <w:pPr>
      <w:spacing w:after="200" w:line="276" w:lineRule="auto"/>
    </w:pPr>
    <w:rPr>
      <w:rFonts w:ascii="TH SarabunPSK" w:hAnsi="TH SarabunPSK"/>
      <w:sz w:val="32"/>
      <w:szCs w:val="22"/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="Calibri" w:eastAsia="MS Gothic" w:hAnsi="Calibri" w:cs="Angsana New"/>
      <w:b/>
      <w:bCs/>
      <w:color w:val="365F91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="Calibri" w:eastAsia="MS Gothic" w:hAnsi="Calibri" w:cs="Angsana New"/>
      <w:b/>
      <w:bCs/>
      <w:color w:val="4F81BD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="Calibri" w:eastAsia="MS Gothic" w:hAnsi="Calibri" w:cs="Angsana New"/>
      <w:b/>
      <w:bCs/>
      <w:color w:val="4F81BD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="Calibri" w:eastAsia="MS Gothic" w:hAnsi="Calibri" w:cs="Angsana New"/>
      <w:b/>
      <w:bCs/>
      <w:i/>
      <w:iCs/>
      <w:color w:val="4F81BD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="Calibri" w:eastAsia="MS Gothic" w:hAnsi="Calibri" w:cs="Angsana New"/>
      <w:color w:val="243F60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="Calibri" w:eastAsia="MS Gothic" w:hAnsi="Calibri" w:cs="Angsana New"/>
      <w:i/>
      <w:iCs/>
      <w:color w:val="243F60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="Calibri" w:eastAsia="MS Gothic" w:hAnsi="Calibri" w:cs="Angsana New"/>
      <w:i/>
      <w:iCs/>
      <w:color w:val="404040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="Calibri" w:eastAsia="MS Gothic" w:hAnsi="Calibri" w:cs="Angsana New"/>
      <w:color w:val="4F81BD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="Calibri" w:eastAsia="MS Gothic" w:hAnsi="Calibri" w:cs="Angsana New"/>
      <w:i/>
      <w:iCs/>
      <w:color w:val="404040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618BF"/>
  </w:style>
  <w:style w:type="paragraph" w:styleId="Footer">
    <w:name w:val="footer"/>
    <w:basedOn w:val="Normal"/>
    <w:link w:val="Foot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18BF"/>
  </w:style>
  <w:style w:type="paragraph" w:styleId="NoSpacing">
    <w:name w:val="No Spacing"/>
    <w:uiPriority w:val="1"/>
    <w:qFormat/>
    <w:rsid w:val="00FC693F"/>
    <w:rPr>
      <w:sz w:val="22"/>
      <w:szCs w:val="22"/>
      <w:lang w:bidi="ar-SA"/>
    </w:rPr>
  </w:style>
  <w:style w:type="character" w:customStyle="1" w:styleId="Heading1Char">
    <w:name w:val="Heading 1 Char"/>
    <w:link w:val="Heading1"/>
    <w:uiPriority w:val="9"/>
    <w:rsid w:val="00FC693F"/>
    <w:rPr>
      <w:rFonts w:ascii="Calibri" w:eastAsia="MS Gothic" w:hAnsi="Calibri" w:cs="Angsana New"/>
      <w:b/>
      <w:bCs/>
      <w:color w:val="365F91"/>
      <w:sz w:val="28"/>
      <w:szCs w:val="28"/>
    </w:rPr>
  </w:style>
  <w:style w:type="character" w:customStyle="1" w:styleId="Heading2Char">
    <w:name w:val="Heading 2 Char"/>
    <w:link w:val="Heading2"/>
    <w:uiPriority w:val="9"/>
    <w:rsid w:val="00FC693F"/>
    <w:rPr>
      <w:rFonts w:ascii="Calibri" w:eastAsia="MS Gothic" w:hAnsi="Calibri" w:cs="Angsana New"/>
      <w:b/>
      <w:bCs/>
      <w:color w:val="4F81BD"/>
      <w:sz w:val="26"/>
      <w:szCs w:val="26"/>
    </w:rPr>
  </w:style>
  <w:style w:type="character" w:customStyle="1" w:styleId="Heading3Char">
    <w:name w:val="Heading 3 Char"/>
    <w:link w:val="Heading3"/>
    <w:uiPriority w:val="9"/>
    <w:rsid w:val="00FC693F"/>
    <w:rPr>
      <w:rFonts w:ascii="Calibri" w:eastAsia="MS Gothic" w:hAnsi="Calibri" w:cs="Angsana New"/>
      <w:b/>
      <w:bCs/>
      <w:color w:val="4F81BD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/>
      </w:pBdr>
      <w:spacing w:after="300" w:line="240" w:lineRule="auto"/>
      <w:contextualSpacing/>
    </w:pPr>
    <w:rPr>
      <w:rFonts w:ascii="Calibri" w:eastAsia="MS Gothic" w:hAnsi="Calibri" w:cs="Angsana New"/>
      <w:color w:val="17365D"/>
      <w:spacing w:val="5"/>
      <w:kern w:val="28"/>
      <w:sz w:val="52"/>
      <w:szCs w:val="52"/>
    </w:rPr>
  </w:style>
  <w:style w:type="character" w:customStyle="1" w:styleId="TitleChar">
    <w:name w:val="Title Char"/>
    <w:link w:val="Title"/>
    <w:uiPriority w:val="10"/>
    <w:rsid w:val="00FC693F"/>
    <w:rPr>
      <w:rFonts w:ascii="Calibri" w:eastAsia="MS Gothic" w:hAnsi="Calibri" w:cs="Angsana New"/>
      <w:color w:val="17365D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="Calibri" w:eastAsia="MS Gothic" w:hAnsi="Calibri" w:cs="Angsana New"/>
      <w:i/>
      <w:iCs/>
      <w:color w:val="4F81BD"/>
      <w:spacing w:val="15"/>
      <w:sz w:val="24"/>
      <w:szCs w:val="24"/>
    </w:rPr>
  </w:style>
  <w:style w:type="character" w:customStyle="1" w:styleId="SubtitleChar">
    <w:name w:val="Subtitle Char"/>
    <w:link w:val="Subtitle"/>
    <w:uiPriority w:val="11"/>
    <w:rsid w:val="00FC693F"/>
    <w:rPr>
      <w:rFonts w:ascii="Calibri" w:eastAsia="MS Gothic" w:hAnsi="Calibri" w:cs="Angsana New"/>
      <w:i/>
      <w:iCs/>
      <w:color w:val="4F81BD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  <w:spacing w:after="200" w:line="276" w:lineRule="auto"/>
    </w:pPr>
    <w:rPr>
      <w:rFonts w:ascii="Courier" w:hAnsi="Courier"/>
      <w:lang w:bidi="ar-SA"/>
    </w:rPr>
  </w:style>
  <w:style w:type="character" w:customStyle="1" w:styleId="MacroTextChar">
    <w:name w:val="Macro Text Char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/>
    </w:rPr>
  </w:style>
  <w:style w:type="character" w:customStyle="1" w:styleId="QuoteChar">
    <w:name w:val="Quote Char"/>
    <w:link w:val="Quote"/>
    <w:uiPriority w:val="29"/>
    <w:rsid w:val="00FC693F"/>
    <w:rPr>
      <w:i/>
      <w:iCs/>
      <w:color w:val="000000"/>
    </w:rPr>
  </w:style>
  <w:style w:type="character" w:customStyle="1" w:styleId="Heading4Char">
    <w:name w:val="Heading 4 Char"/>
    <w:link w:val="Heading4"/>
    <w:uiPriority w:val="9"/>
    <w:semiHidden/>
    <w:rsid w:val="00FC693F"/>
    <w:rPr>
      <w:rFonts w:ascii="Calibri" w:eastAsia="MS Gothic" w:hAnsi="Calibri" w:cs="Angsana New"/>
      <w:b/>
      <w:bCs/>
      <w:i/>
      <w:iCs/>
      <w:color w:val="4F81BD"/>
    </w:rPr>
  </w:style>
  <w:style w:type="character" w:customStyle="1" w:styleId="Heading5Char">
    <w:name w:val="Heading 5 Char"/>
    <w:link w:val="Heading5"/>
    <w:uiPriority w:val="9"/>
    <w:semiHidden/>
    <w:rsid w:val="00FC693F"/>
    <w:rPr>
      <w:rFonts w:ascii="Calibri" w:eastAsia="MS Gothic" w:hAnsi="Calibri" w:cs="Angsana New"/>
      <w:color w:val="243F60"/>
    </w:rPr>
  </w:style>
  <w:style w:type="character" w:customStyle="1" w:styleId="Heading6Char">
    <w:name w:val="Heading 6 Char"/>
    <w:link w:val="Heading6"/>
    <w:uiPriority w:val="9"/>
    <w:semiHidden/>
    <w:rsid w:val="00FC693F"/>
    <w:rPr>
      <w:rFonts w:ascii="Calibri" w:eastAsia="MS Gothic" w:hAnsi="Calibri" w:cs="Angsana New"/>
      <w:i/>
      <w:iCs/>
      <w:color w:val="243F60"/>
    </w:rPr>
  </w:style>
  <w:style w:type="character" w:customStyle="1" w:styleId="Heading7Char">
    <w:name w:val="Heading 7 Char"/>
    <w:link w:val="Heading7"/>
    <w:uiPriority w:val="9"/>
    <w:semiHidden/>
    <w:rsid w:val="00FC693F"/>
    <w:rPr>
      <w:rFonts w:ascii="Calibri" w:eastAsia="MS Gothic" w:hAnsi="Calibri" w:cs="Angsana New"/>
      <w:i/>
      <w:iCs/>
      <w:color w:val="404040"/>
    </w:rPr>
  </w:style>
  <w:style w:type="character" w:customStyle="1" w:styleId="Heading8Char">
    <w:name w:val="Heading 8 Char"/>
    <w:link w:val="Heading8"/>
    <w:uiPriority w:val="9"/>
    <w:semiHidden/>
    <w:rsid w:val="00FC693F"/>
    <w:rPr>
      <w:rFonts w:ascii="Calibri" w:eastAsia="MS Gothic" w:hAnsi="Calibri" w:cs="Angsana New"/>
      <w:color w:val="4F81BD"/>
      <w:sz w:val="20"/>
      <w:szCs w:val="20"/>
    </w:rPr>
  </w:style>
  <w:style w:type="character" w:customStyle="1" w:styleId="Heading9Char">
    <w:name w:val="Heading 9 Char"/>
    <w:link w:val="Heading9"/>
    <w:uiPriority w:val="9"/>
    <w:semiHidden/>
    <w:rsid w:val="00FC693F"/>
    <w:rPr>
      <w:rFonts w:ascii="Calibri" w:eastAsia="MS Gothic" w:hAnsi="Calibri" w:cs="Angsana New"/>
      <w:i/>
      <w:iCs/>
      <w:color w:val="404040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/>
      <w:sz w:val="18"/>
      <w:szCs w:val="18"/>
    </w:rPr>
  </w:style>
  <w:style w:type="character" w:styleId="Strong">
    <w:name w:val="Strong"/>
    <w:uiPriority w:val="22"/>
    <w:qFormat/>
    <w:rsid w:val="00FC693F"/>
    <w:rPr>
      <w:b/>
      <w:bCs/>
    </w:rPr>
  </w:style>
  <w:style w:type="character" w:styleId="Emphasis">
    <w:name w:val="Emphasis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/>
      </w:pBdr>
      <w:spacing w:before="200" w:after="280"/>
      <w:ind w:left="936" w:right="936"/>
    </w:pPr>
    <w:rPr>
      <w:b/>
      <w:bCs/>
      <w:i/>
      <w:iCs/>
      <w:color w:val="4F81BD"/>
    </w:rPr>
  </w:style>
  <w:style w:type="character" w:customStyle="1" w:styleId="IntenseQuoteChar">
    <w:name w:val="Intense Quote Char"/>
    <w:link w:val="IntenseQuote"/>
    <w:uiPriority w:val="30"/>
    <w:rsid w:val="00FC693F"/>
    <w:rPr>
      <w:b/>
      <w:bCs/>
      <w:i/>
      <w:iCs/>
      <w:color w:val="4F81BD"/>
    </w:rPr>
  </w:style>
  <w:style w:type="character" w:styleId="SubtleEmphasis">
    <w:name w:val="Subtle Emphasis"/>
    <w:uiPriority w:val="19"/>
    <w:qFormat/>
    <w:rsid w:val="00FC693F"/>
    <w:rPr>
      <w:i/>
      <w:iCs/>
      <w:color w:val="808080"/>
    </w:rPr>
  </w:style>
  <w:style w:type="character" w:styleId="IntenseEmphasis">
    <w:name w:val="Intense Emphasis"/>
    <w:uiPriority w:val="21"/>
    <w:qFormat/>
    <w:rsid w:val="00FC693F"/>
    <w:rPr>
      <w:b/>
      <w:bCs/>
      <w:i/>
      <w:iCs/>
      <w:color w:val="4F81BD"/>
    </w:rPr>
  </w:style>
  <w:style w:type="character" w:styleId="SubtleReference">
    <w:name w:val="Subtle Reference"/>
    <w:uiPriority w:val="31"/>
    <w:qFormat/>
    <w:rsid w:val="00FC693F"/>
    <w:rPr>
      <w:smallCaps/>
      <w:color w:val="C0504D"/>
      <w:u w:val="single"/>
    </w:rPr>
  </w:style>
  <w:style w:type="character" w:styleId="IntenseReference">
    <w:name w:val="Intense Reference"/>
    <w:uiPriority w:val="32"/>
    <w:qFormat/>
    <w:rsid w:val="00FC693F"/>
    <w:rPr>
      <w:b/>
      <w:bCs/>
      <w:smallCaps/>
      <w:color w:val="C0504D"/>
      <w:spacing w:val="5"/>
      <w:u w:val="single"/>
    </w:rPr>
  </w:style>
  <w:style w:type="character" w:styleId="BookTitle">
    <w:name w:val="Book Title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Shading">
    <w:name w:val="Light Shading"/>
    <w:basedOn w:val="TableNormal"/>
    <w:uiPriority w:val="60"/>
    <w:rsid w:val="00FC693F"/>
    <w:rPr>
      <w:color w:val="000000"/>
    </w:rPr>
    <w:tblPr>
      <w:tblStyleRowBandSize w:val="1"/>
      <w:tblStyleColBandSize w:val="1"/>
      <w:tblBorders>
        <w:top w:val="single" w:sz="8" w:space="0" w:color="000000"/>
        <w:bottom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</w:style>
  <w:style w:type="table" w:styleId="LightShading-Accent1">
    <w:name w:val="Light Shading Accent 1"/>
    <w:basedOn w:val="TableNormal"/>
    <w:uiPriority w:val="60"/>
    <w:rsid w:val="00FC693F"/>
    <w:rPr>
      <w:color w:val="365F91"/>
    </w:rPr>
    <w:tblPr>
      <w:tblStyleRowBandSize w:val="1"/>
      <w:tblStyleColBandSize w:val="1"/>
      <w:tblBorders>
        <w:top w:val="single" w:sz="8" w:space="0" w:color="4F81BD"/>
        <w:bottom w:val="single" w:sz="8" w:space="0" w:color="4F81BD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</w:style>
  <w:style w:type="table" w:styleId="LightShading-Accent2">
    <w:name w:val="Light Shading Accent 2"/>
    <w:basedOn w:val="TableNormal"/>
    <w:uiPriority w:val="60"/>
    <w:rsid w:val="00FC693F"/>
    <w:rPr>
      <w:color w:val="943634"/>
    </w:rPr>
    <w:tblPr>
      <w:tblStyleRowBandSize w:val="1"/>
      <w:tblStyleColBandSize w:val="1"/>
      <w:tblBorders>
        <w:top w:val="single" w:sz="8" w:space="0" w:color="C0504D"/>
        <w:bottom w:val="single" w:sz="8" w:space="0" w:color="C0504D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/>
          <w:left w:val="nil"/>
          <w:bottom w:val="single" w:sz="8" w:space="0" w:color="C0504D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/>
          <w:left w:val="nil"/>
          <w:bottom w:val="single" w:sz="8" w:space="0" w:color="C0504D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/>
      </w:tcPr>
    </w:tblStylePr>
  </w:style>
  <w:style w:type="table" w:styleId="LightShading-Accent3">
    <w:name w:val="Light Shading Accent 3"/>
    <w:basedOn w:val="TableNormal"/>
    <w:uiPriority w:val="60"/>
    <w:rsid w:val="00FC693F"/>
    <w:rPr>
      <w:color w:val="76923C"/>
    </w:rPr>
    <w:tblPr>
      <w:tblStyleRowBandSize w:val="1"/>
      <w:tblStyleColBandSize w:val="1"/>
      <w:tblBorders>
        <w:top w:val="single" w:sz="8" w:space="0" w:color="9BBB59"/>
        <w:bottom w:val="single" w:sz="8" w:space="0" w:color="9BBB59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/>
          <w:left w:val="nil"/>
          <w:bottom w:val="single" w:sz="8" w:space="0" w:color="9BBB59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/>
          <w:left w:val="nil"/>
          <w:bottom w:val="single" w:sz="8" w:space="0" w:color="9BBB59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/>
      </w:tcPr>
    </w:tblStylePr>
  </w:style>
  <w:style w:type="table" w:styleId="LightShading-Accent4">
    <w:name w:val="Light Shading Accent 4"/>
    <w:basedOn w:val="TableNormal"/>
    <w:uiPriority w:val="60"/>
    <w:rsid w:val="00FC693F"/>
    <w:rPr>
      <w:color w:val="5F497A"/>
    </w:rPr>
    <w:tblPr>
      <w:tblStyleRowBandSize w:val="1"/>
      <w:tblStyleColBandSize w:val="1"/>
      <w:tblBorders>
        <w:top w:val="single" w:sz="8" w:space="0" w:color="8064A2"/>
        <w:bottom w:val="single" w:sz="8" w:space="0" w:color="8064A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/>
          <w:left w:val="nil"/>
          <w:bottom w:val="single" w:sz="8" w:space="0" w:color="8064A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/>
          <w:left w:val="nil"/>
          <w:bottom w:val="single" w:sz="8" w:space="0" w:color="8064A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/>
      </w:tcPr>
    </w:tblStylePr>
  </w:style>
  <w:style w:type="table" w:styleId="LightShading-Accent5">
    <w:name w:val="Light Shading Accent 5"/>
    <w:basedOn w:val="TableNormal"/>
    <w:uiPriority w:val="60"/>
    <w:rsid w:val="00FC693F"/>
    <w:rPr>
      <w:color w:val="31849B"/>
    </w:rPr>
    <w:tblPr>
      <w:tblStyleRowBandSize w:val="1"/>
      <w:tblStyleColBandSize w:val="1"/>
      <w:tblBorders>
        <w:top w:val="single" w:sz="8" w:space="0" w:color="4BACC6"/>
        <w:bottom w:val="single" w:sz="8" w:space="0" w:color="4BACC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/>
          <w:left w:val="nil"/>
          <w:bottom w:val="single" w:sz="8" w:space="0" w:color="4BACC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/>
          <w:left w:val="nil"/>
          <w:bottom w:val="single" w:sz="8" w:space="0" w:color="4BACC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/>
      </w:tcPr>
    </w:tblStylePr>
  </w:style>
  <w:style w:type="table" w:styleId="LightShading-Accent6">
    <w:name w:val="Light Shading Accent 6"/>
    <w:basedOn w:val="TableNormal"/>
    <w:uiPriority w:val="60"/>
    <w:rsid w:val="00FC693F"/>
    <w:rPr>
      <w:color w:val="E36C0A"/>
    </w:rPr>
    <w:tblPr>
      <w:tblStyleRowBandSize w:val="1"/>
      <w:tblStyleColBandSize w:val="1"/>
      <w:tblBorders>
        <w:top w:val="single" w:sz="8" w:space="0" w:color="F79646"/>
        <w:bottom w:val="single" w:sz="8" w:space="0" w:color="F7964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/>
          <w:left w:val="nil"/>
          <w:bottom w:val="single" w:sz="8" w:space="0" w:color="F7964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/>
          <w:left w:val="nil"/>
          <w:bottom w:val="single" w:sz="8" w:space="0" w:color="F7964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/>
      </w:tcPr>
    </w:tblStylePr>
  </w:style>
  <w:style w:type="table" w:styleId="LightList">
    <w:name w:val="Light List"/>
    <w:basedOn w:val="TableNormal"/>
    <w:uiPriority w:val="61"/>
    <w:rsid w:val="00FC693F"/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tblPr>
      <w:tblStyleRowBandSize w:val="1"/>
      <w:tblStyleColBandSize w:val="1"/>
      <w:tblBorders>
        <w:top w:val="single" w:sz="8" w:space="0" w:color="4F81BD"/>
        <w:left w:val="single" w:sz="8" w:space="0" w:color="4F81BD"/>
        <w:bottom w:val="single" w:sz="8" w:space="0" w:color="4F81BD"/>
        <w:right w:val="single" w:sz="8" w:space="0" w:color="4F81BD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4F81B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  <w:tblStylePr w:type="band1Horz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tblPr>
      <w:tblStyleRowBandSize w:val="1"/>
      <w:tblStyleColBandSize w:val="1"/>
      <w:tblBorders>
        <w:top w:val="single" w:sz="8" w:space="0" w:color="C0504D"/>
        <w:left w:val="single" w:sz="8" w:space="0" w:color="C0504D"/>
        <w:bottom w:val="single" w:sz="8" w:space="0" w:color="C0504D"/>
        <w:right w:val="single" w:sz="8" w:space="0" w:color="C0504D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C0504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  <w:tblStylePr w:type="band1Horz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tblPr>
      <w:tblStyleRowBandSize w:val="1"/>
      <w:tblStyleColBandSize w:val="1"/>
      <w:tblBorders>
        <w:top w:val="single" w:sz="8" w:space="0" w:color="9BBB59"/>
        <w:left w:val="single" w:sz="8" w:space="0" w:color="9BBB59"/>
        <w:bottom w:val="single" w:sz="8" w:space="0" w:color="9BBB59"/>
        <w:right w:val="single" w:sz="8" w:space="0" w:color="9BBB59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9BBB59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  <w:tblStylePr w:type="band1Horz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tblPr>
      <w:tblStyleRowBandSize w:val="1"/>
      <w:tblStyleColBandSize w:val="1"/>
      <w:tblBorders>
        <w:top w:val="single" w:sz="8" w:space="0" w:color="8064A2"/>
        <w:left w:val="single" w:sz="8" w:space="0" w:color="8064A2"/>
        <w:bottom w:val="single" w:sz="8" w:space="0" w:color="8064A2"/>
        <w:right w:val="single" w:sz="8" w:space="0" w:color="8064A2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8064A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/>
          <w:left w:val="single" w:sz="8" w:space="0" w:color="8064A2"/>
          <w:bottom w:val="single" w:sz="8" w:space="0" w:color="8064A2"/>
          <w:right w:val="single" w:sz="8" w:space="0" w:color="8064A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/>
          <w:left w:val="single" w:sz="8" w:space="0" w:color="8064A2"/>
          <w:bottom w:val="single" w:sz="8" w:space="0" w:color="8064A2"/>
          <w:right w:val="single" w:sz="8" w:space="0" w:color="8064A2"/>
        </w:tcBorders>
      </w:tcPr>
    </w:tblStylePr>
    <w:tblStylePr w:type="band1Horz">
      <w:tblPr/>
      <w:tcPr>
        <w:tcBorders>
          <w:top w:val="single" w:sz="8" w:space="0" w:color="8064A2"/>
          <w:left w:val="single" w:sz="8" w:space="0" w:color="8064A2"/>
          <w:bottom w:val="single" w:sz="8" w:space="0" w:color="8064A2"/>
          <w:right w:val="single" w:sz="8" w:space="0" w:color="8064A2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tblPr>
      <w:tblStyleRowBandSize w:val="1"/>
      <w:tblStyleColBandSize w:val="1"/>
      <w:tblBorders>
        <w:top w:val="single" w:sz="8" w:space="0" w:color="4BACC6"/>
        <w:left w:val="single" w:sz="8" w:space="0" w:color="4BACC6"/>
        <w:bottom w:val="single" w:sz="8" w:space="0" w:color="4BACC6"/>
        <w:right w:val="single" w:sz="8" w:space="0" w:color="4BACC6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4BACC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</w:tcPr>
    </w:tblStylePr>
    <w:tblStylePr w:type="band1Horz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tblPr>
      <w:tblStyleRowBandSize w:val="1"/>
      <w:tblStyleColBandSize w:val="1"/>
      <w:tblBorders>
        <w:top w:val="single" w:sz="8" w:space="0" w:color="F79646"/>
        <w:left w:val="single" w:sz="8" w:space="0" w:color="F79646"/>
        <w:bottom w:val="single" w:sz="8" w:space="0" w:color="F79646"/>
        <w:right w:val="single" w:sz="8" w:space="0" w:color="F79646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F7964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/>
          <w:left w:val="single" w:sz="8" w:space="0" w:color="F79646"/>
          <w:bottom w:val="single" w:sz="8" w:space="0" w:color="F79646"/>
          <w:right w:val="single" w:sz="8" w:space="0" w:color="F7964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/>
          <w:left w:val="single" w:sz="8" w:space="0" w:color="F79646"/>
          <w:bottom w:val="single" w:sz="8" w:space="0" w:color="F79646"/>
          <w:right w:val="single" w:sz="8" w:space="0" w:color="F79646"/>
        </w:tcBorders>
      </w:tcPr>
    </w:tblStylePr>
    <w:tblStylePr w:type="band1Horz">
      <w:tblPr/>
      <w:tcPr>
        <w:tcBorders>
          <w:top w:val="single" w:sz="8" w:space="0" w:color="F79646"/>
          <w:left w:val="single" w:sz="8" w:space="0" w:color="F79646"/>
          <w:bottom w:val="single" w:sz="8" w:space="0" w:color="F79646"/>
          <w:right w:val="single" w:sz="8" w:space="0" w:color="F79646"/>
        </w:tcBorders>
      </w:tcPr>
    </w:tblStylePr>
  </w:style>
  <w:style w:type="table" w:styleId="LightGrid">
    <w:name w:val="Light Grid"/>
    <w:basedOn w:val="TableNormal"/>
    <w:uiPriority w:val="62"/>
    <w:rsid w:val="00CB0664"/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</w:tblPr>
    <w:tblStylePr w:type="firstRow">
      <w:pPr>
        <w:spacing w:before="0" w:after="0" w:line="240" w:lineRule="auto"/>
      </w:pPr>
      <w:rPr>
        <w:rFonts w:ascii="Calibri" w:eastAsia="MS Gothic" w:hAnsi="Calibri" w:cs="Angsana New"/>
        <w:b/>
        <w:bCs/>
      </w:rPr>
      <w:tblPr/>
      <w:tcPr>
        <w:tcBorders>
          <w:top w:val="single" w:sz="8" w:space="0" w:color="000000"/>
          <w:left w:val="single" w:sz="8" w:space="0" w:color="000000"/>
          <w:bottom w:val="single" w:sz="18" w:space="0" w:color="000000"/>
          <w:right w:val="single" w:sz="8" w:space="0" w:color="000000"/>
          <w:insideH w:val="nil"/>
          <w:insideV w:val="single" w:sz="8" w:space="0" w:color="000000"/>
        </w:tcBorders>
      </w:tcPr>
    </w:tblStylePr>
    <w:tblStylePr w:type="lastRow">
      <w:pPr>
        <w:spacing w:before="0" w:after="0" w:line="240" w:lineRule="auto"/>
      </w:pPr>
      <w:rPr>
        <w:rFonts w:ascii="Calibri" w:eastAsia="MS Gothic" w:hAnsi="Calibri" w:cs="Angsana New"/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nil"/>
          <w:insideV w:val="single" w:sz="8" w:space="0" w:color="000000"/>
        </w:tcBorders>
      </w:tcPr>
    </w:tblStylePr>
    <w:tblStylePr w:type="firstCol">
      <w:rPr>
        <w:rFonts w:ascii="Calibri" w:eastAsia="MS Gothic" w:hAnsi="Calibri" w:cs="Angsana New"/>
        <w:b/>
        <w:bCs/>
      </w:rPr>
    </w:tblStylePr>
    <w:tblStylePr w:type="lastCol">
      <w:rPr>
        <w:rFonts w:ascii="Calibri" w:eastAsia="MS Gothic" w:hAnsi="Calibri" w:cs="Angsana New"/>
        <w:b/>
        <w:bCs/>
      </w:rPr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  <w:shd w:val="clear" w:color="auto" w:fill="C0C0C0"/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V w:val="single" w:sz="8" w:space="0" w:color="000000"/>
        </w:tcBorders>
        <w:shd w:val="clear" w:color="auto" w:fill="C0C0C0"/>
      </w:tcPr>
    </w:tblStylePr>
    <w:tblStylePr w:type="band2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V w:val="single" w:sz="8" w:space="0" w:color="000000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tblPr>
      <w:tblStyleRowBandSize w:val="1"/>
      <w:tblStyleColBandSize w:val="1"/>
      <w:tblBorders>
        <w:top w:val="single" w:sz="8" w:space="0" w:color="4F81BD"/>
        <w:left w:val="single" w:sz="8" w:space="0" w:color="4F81BD"/>
        <w:bottom w:val="single" w:sz="8" w:space="0" w:color="4F81BD"/>
        <w:right w:val="single" w:sz="8" w:space="0" w:color="4F81BD"/>
        <w:insideH w:val="single" w:sz="8" w:space="0" w:color="4F81BD"/>
        <w:insideV w:val="single" w:sz="8" w:space="0" w:color="4F81BD"/>
      </w:tblBorders>
    </w:tblPr>
    <w:tblStylePr w:type="firstRow">
      <w:pPr>
        <w:spacing w:before="0" w:after="0" w:line="240" w:lineRule="auto"/>
      </w:pPr>
      <w:rPr>
        <w:rFonts w:ascii="Calibri" w:eastAsia="MS Gothic" w:hAnsi="Calibri" w:cs="Angsana New"/>
        <w:b/>
        <w:bCs/>
      </w:rPr>
      <w:tblPr/>
      <w:tcPr>
        <w:tcBorders>
          <w:top w:val="single" w:sz="8" w:space="0" w:color="4F81BD"/>
          <w:left w:val="single" w:sz="8" w:space="0" w:color="4F81BD"/>
          <w:bottom w:val="single" w:sz="18" w:space="0" w:color="4F81BD"/>
          <w:right w:val="single" w:sz="8" w:space="0" w:color="4F81BD"/>
          <w:insideH w:val="nil"/>
          <w:insideV w:val="single" w:sz="8" w:space="0" w:color="4F81BD"/>
        </w:tcBorders>
      </w:tcPr>
    </w:tblStylePr>
    <w:tblStylePr w:type="lastRow">
      <w:pPr>
        <w:spacing w:before="0" w:after="0" w:line="240" w:lineRule="auto"/>
      </w:pPr>
      <w:rPr>
        <w:rFonts w:ascii="Calibri" w:eastAsia="MS Gothic" w:hAnsi="Calibri" w:cs="Angsana New"/>
        <w:b/>
        <w:bCs/>
      </w:rPr>
      <w:tblPr/>
      <w:tcPr>
        <w:tcBorders>
          <w:top w:val="double" w:sz="6" w:space="0" w:color="4F81BD"/>
          <w:left w:val="single" w:sz="8" w:space="0" w:color="4F81BD"/>
          <w:bottom w:val="single" w:sz="8" w:space="0" w:color="4F81BD"/>
          <w:right w:val="single" w:sz="8" w:space="0" w:color="4F81BD"/>
          <w:insideH w:val="nil"/>
          <w:insideV w:val="single" w:sz="8" w:space="0" w:color="4F81BD"/>
        </w:tcBorders>
      </w:tcPr>
    </w:tblStylePr>
    <w:tblStylePr w:type="firstCol">
      <w:rPr>
        <w:rFonts w:ascii="Calibri" w:eastAsia="MS Gothic" w:hAnsi="Calibri" w:cs="Angsana New"/>
        <w:b/>
        <w:bCs/>
      </w:rPr>
    </w:tblStylePr>
    <w:tblStylePr w:type="lastCol">
      <w:rPr>
        <w:rFonts w:ascii="Calibri" w:eastAsia="MS Gothic" w:hAnsi="Calibri" w:cs="Angsana New"/>
        <w:b/>
        <w:bCs/>
      </w:rPr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  <w:tblStylePr w:type="band1Vert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  <w:shd w:val="clear" w:color="auto" w:fill="D3DFEE"/>
      </w:tcPr>
    </w:tblStylePr>
    <w:tblStylePr w:type="band1Horz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  <w:insideV w:val="single" w:sz="8" w:space="0" w:color="4F81BD"/>
        </w:tcBorders>
        <w:shd w:val="clear" w:color="auto" w:fill="D3DFEE"/>
      </w:tcPr>
    </w:tblStylePr>
    <w:tblStylePr w:type="band2Horz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  <w:insideV w:val="single" w:sz="8" w:space="0" w:color="4F81BD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tblPr>
      <w:tblStyleRowBandSize w:val="1"/>
      <w:tblStyleColBandSize w:val="1"/>
      <w:tblBorders>
        <w:top w:val="single" w:sz="8" w:space="0" w:color="C0504D"/>
        <w:left w:val="single" w:sz="8" w:space="0" w:color="C0504D"/>
        <w:bottom w:val="single" w:sz="8" w:space="0" w:color="C0504D"/>
        <w:right w:val="single" w:sz="8" w:space="0" w:color="C0504D"/>
        <w:insideH w:val="single" w:sz="8" w:space="0" w:color="C0504D"/>
        <w:insideV w:val="single" w:sz="8" w:space="0" w:color="C0504D"/>
      </w:tblBorders>
    </w:tblPr>
    <w:tblStylePr w:type="firstRow">
      <w:pPr>
        <w:spacing w:before="0" w:after="0" w:line="240" w:lineRule="auto"/>
      </w:pPr>
      <w:rPr>
        <w:rFonts w:ascii="Calibri" w:eastAsia="MS Gothic" w:hAnsi="Calibri" w:cs="Angsana New"/>
        <w:b/>
        <w:bCs/>
      </w:rPr>
      <w:tblPr/>
      <w:tcPr>
        <w:tcBorders>
          <w:top w:val="single" w:sz="8" w:space="0" w:color="C0504D"/>
          <w:left w:val="single" w:sz="8" w:space="0" w:color="C0504D"/>
          <w:bottom w:val="single" w:sz="18" w:space="0" w:color="C0504D"/>
          <w:right w:val="single" w:sz="8" w:space="0" w:color="C0504D"/>
          <w:insideH w:val="nil"/>
          <w:insideV w:val="single" w:sz="8" w:space="0" w:color="C0504D"/>
        </w:tcBorders>
      </w:tcPr>
    </w:tblStylePr>
    <w:tblStylePr w:type="lastRow">
      <w:pPr>
        <w:spacing w:before="0" w:after="0" w:line="240" w:lineRule="auto"/>
      </w:pPr>
      <w:rPr>
        <w:rFonts w:ascii="Calibri" w:eastAsia="MS Gothic" w:hAnsi="Calibri" w:cs="Angsana New"/>
        <w:b/>
        <w:bCs/>
      </w:rPr>
      <w:tblPr/>
      <w:tcPr>
        <w:tcBorders>
          <w:top w:val="double" w:sz="6" w:space="0" w:color="C0504D"/>
          <w:left w:val="single" w:sz="8" w:space="0" w:color="C0504D"/>
          <w:bottom w:val="single" w:sz="8" w:space="0" w:color="C0504D"/>
          <w:right w:val="single" w:sz="8" w:space="0" w:color="C0504D"/>
          <w:insideH w:val="nil"/>
          <w:insideV w:val="single" w:sz="8" w:space="0" w:color="C0504D"/>
        </w:tcBorders>
      </w:tcPr>
    </w:tblStylePr>
    <w:tblStylePr w:type="firstCol">
      <w:rPr>
        <w:rFonts w:ascii="Calibri" w:eastAsia="MS Gothic" w:hAnsi="Calibri" w:cs="Angsana New"/>
        <w:b/>
        <w:bCs/>
      </w:rPr>
    </w:tblStylePr>
    <w:tblStylePr w:type="lastCol">
      <w:rPr>
        <w:rFonts w:ascii="Calibri" w:eastAsia="MS Gothic" w:hAnsi="Calibri" w:cs="Angsana New"/>
        <w:b/>
        <w:bCs/>
      </w:rPr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  <w:tblStylePr w:type="band1Vert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  <w:shd w:val="clear" w:color="auto" w:fill="EFD3D2"/>
      </w:tcPr>
    </w:tblStylePr>
    <w:tblStylePr w:type="band1Horz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  <w:insideV w:val="single" w:sz="8" w:space="0" w:color="C0504D"/>
        </w:tcBorders>
        <w:shd w:val="clear" w:color="auto" w:fill="EFD3D2"/>
      </w:tcPr>
    </w:tblStylePr>
    <w:tblStylePr w:type="band2Horz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  <w:insideV w:val="single" w:sz="8" w:space="0" w:color="C0504D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tblPr>
      <w:tblStyleRowBandSize w:val="1"/>
      <w:tblStyleColBandSize w:val="1"/>
      <w:tblBorders>
        <w:top w:val="single" w:sz="8" w:space="0" w:color="9BBB59"/>
        <w:left w:val="single" w:sz="8" w:space="0" w:color="9BBB59"/>
        <w:bottom w:val="single" w:sz="8" w:space="0" w:color="9BBB59"/>
        <w:right w:val="single" w:sz="8" w:space="0" w:color="9BBB59"/>
        <w:insideH w:val="single" w:sz="8" w:space="0" w:color="9BBB59"/>
        <w:insideV w:val="single" w:sz="8" w:space="0" w:color="9BBB59"/>
      </w:tblBorders>
    </w:tblPr>
    <w:tblStylePr w:type="firstRow">
      <w:pPr>
        <w:spacing w:before="0" w:after="0" w:line="240" w:lineRule="auto"/>
      </w:pPr>
      <w:rPr>
        <w:rFonts w:ascii="Calibri" w:eastAsia="MS Gothic" w:hAnsi="Calibri" w:cs="Angsana New"/>
        <w:b/>
        <w:bCs/>
      </w:rPr>
      <w:tblPr/>
      <w:tcPr>
        <w:tcBorders>
          <w:top w:val="single" w:sz="8" w:space="0" w:color="9BBB59"/>
          <w:left w:val="single" w:sz="8" w:space="0" w:color="9BBB59"/>
          <w:bottom w:val="single" w:sz="18" w:space="0" w:color="9BBB59"/>
          <w:right w:val="single" w:sz="8" w:space="0" w:color="9BBB59"/>
          <w:insideH w:val="nil"/>
          <w:insideV w:val="single" w:sz="8" w:space="0" w:color="9BBB59"/>
        </w:tcBorders>
      </w:tcPr>
    </w:tblStylePr>
    <w:tblStylePr w:type="lastRow">
      <w:pPr>
        <w:spacing w:before="0" w:after="0" w:line="240" w:lineRule="auto"/>
      </w:pPr>
      <w:rPr>
        <w:rFonts w:ascii="Calibri" w:eastAsia="MS Gothic" w:hAnsi="Calibri" w:cs="Angsana New"/>
        <w:b/>
        <w:bCs/>
      </w:rPr>
      <w:tblPr/>
      <w:tcPr>
        <w:tcBorders>
          <w:top w:val="double" w:sz="6" w:space="0" w:color="9BBB59"/>
          <w:left w:val="single" w:sz="8" w:space="0" w:color="9BBB59"/>
          <w:bottom w:val="single" w:sz="8" w:space="0" w:color="9BBB59"/>
          <w:right w:val="single" w:sz="8" w:space="0" w:color="9BBB59"/>
          <w:insideH w:val="nil"/>
          <w:insideV w:val="single" w:sz="8" w:space="0" w:color="9BBB59"/>
        </w:tcBorders>
      </w:tcPr>
    </w:tblStylePr>
    <w:tblStylePr w:type="firstCol">
      <w:rPr>
        <w:rFonts w:ascii="Calibri" w:eastAsia="MS Gothic" w:hAnsi="Calibri" w:cs="Angsana New"/>
        <w:b/>
        <w:bCs/>
      </w:rPr>
    </w:tblStylePr>
    <w:tblStylePr w:type="lastCol">
      <w:rPr>
        <w:rFonts w:ascii="Calibri" w:eastAsia="MS Gothic" w:hAnsi="Calibri" w:cs="Angsana New"/>
        <w:b/>
        <w:bCs/>
      </w:rPr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  <w:tblStylePr w:type="band1Vert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  <w:shd w:val="clear" w:color="auto" w:fill="E6EED5"/>
      </w:tcPr>
    </w:tblStylePr>
    <w:tblStylePr w:type="band1Horz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  <w:insideV w:val="single" w:sz="8" w:space="0" w:color="9BBB59"/>
        </w:tcBorders>
        <w:shd w:val="clear" w:color="auto" w:fill="E6EED5"/>
      </w:tcPr>
    </w:tblStylePr>
    <w:tblStylePr w:type="band2Horz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  <w:insideV w:val="single" w:sz="8" w:space="0" w:color="9BBB59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tblPr>
      <w:tblStyleRowBandSize w:val="1"/>
      <w:tblStyleColBandSize w:val="1"/>
      <w:tblBorders>
        <w:top w:val="single" w:sz="8" w:space="0" w:color="8064A2"/>
        <w:left w:val="single" w:sz="8" w:space="0" w:color="8064A2"/>
        <w:bottom w:val="single" w:sz="8" w:space="0" w:color="8064A2"/>
        <w:right w:val="single" w:sz="8" w:space="0" w:color="8064A2"/>
        <w:insideH w:val="single" w:sz="8" w:space="0" w:color="8064A2"/>
        <w:insideV w:val="single" w:sz="8" w:space="0" w:color="8064A2"/>
      </w:tblBorders>
    </w:tblPr>
    <w:tblStylePr w:type="firstRow">
      <w:pPr>
        <w:spacing w:before="0" w:after="0" w:line="240" w:lineRule="auto"/>
      </w:pPr>
      <w:rPr>
        <w:rFonts w:ascii="Calibri" w:eastAsia="MS Gothic" w:hAnsi="Calibri" w:cs="Angsana New"/>
        <w:b/>
        <w:bCs/>
      </w:rPr>
      <w:tblPr/>
      <w:tcPr>
        <w:tcBorders>
          <w:top w:val="single" w:sz="8" w:space="0" w:color="8064A2"/>
          <w:left w:val="single" w:sz="8" w:space="0" w:color="8064A2"/>
          <w:bottom w:val="single" w:sz="18" w:space="0" w:color="8064A2"/>
          <w:right w:val="single" w:sz="8" w:space="0" w:color="8064A2"/>
          <w:insideH w:val="nil"/>
          <w:insideV w:val="single" w:sz="8" w:space="0" w:color="8064A2"/>
        </w:tcBorders>
      </w:tcPr>
    </w:tblStylePr>
    <w:tblStylePr w:type="lastRow">
      <w:pPr>
        <w:spacing w:before="0" w:after="0" w:line="240" w:lineRule="auto"/>
      </w:pPr>
      <w:rPr>
        <w:rFonts w:ascii="Calibri" w:eastAsia="MS Gothic" w:hAnsi="Calibri" w:cs="Angsana New"/>
        <w:b/>
        <w:bCs/>
      </w:rPr>
      <w:tblPr/>
      <w:tcPr>
        <w:tcBorders>
          <w:top w:val="double" w:sz="6" w:space="0" w:color="8064A2"/>
          <w:left w:val="single" w:sz="8" w:space="0" w:color="8064A2"/>
          <w:bottom w:val="single" w:sz="8" w:space="0" w:color="8064A2"/>
          <w:right w:val="single" w:sz="8" w:space="0" w:color="8064A2"/>
          <w:insideH w:val="nil"/>
          <w:insideV w:val="single" w:sz="8" w:space="0" w:color="8064A2"/>
        </w:tcBorders>
      </w:tcPr>
    </w:tblStylePr>
    <w:tblStylePr w:type="firstCol">
      <w:rPr>
        <w:rFonts w:ascii="Calibri" w:eastAsia="MS Gothic" w:hAnsi="Calibri" w:cs="Angsana New"/>
        <w:b/>
        <w:bCs/>
      </w:rPr>
    </w:tblStylePr>
    <w:tblStylePr w:type="lastCol">
      <w:rPr>
        <w:rFonts w:ascii="Calibri" w:eastAsia="MS Gothic" w:hAnsi="Calibri" w:cs="Angsana New"/>
        <w:b/>
        <w:bCs/>
      </w:rPr>
      <w:tblPr/>
      <w:tcPr>
        <w:tcBorders>
          <w:top w:val="single" w:sz="8" w:space="0" w:color="8064A2"/>
          <w:left w:val="single" w:sz="8" w:space="0" w:color="8064A2"/>
          <w:bottom w:val="single" w:sz="8" w:space="0" w:color="8064A2"/>
          <w:right w:val="single" w:sz="8" w:space="0" w:color="8064A2"/>
        </w:tcBorders>
      </w:tcPr>
    </w:tblStylePr>
    <w:tblStylePr w:type="band1Vert">
      <w:tblPr/>
      <w:tcPr>
        <w:tcBorders>
          <w:top w:val="single" w:sz="8" w:space="0" w:color="8064A2"/>
          <w:left w:val="single" w:sz="8" w:space="0" w:color="8064A2"/>
          <w:bottom w:val="single" w:sz="8" w:space="0" w:color="8064A2"/>
          <w:right w:val="single" w:sz="8" w:space="0" w:color="8064A2"/>
        </w:tcBorders>
        <w:shd w:val="clear" w:color="auto" w:fill="DFD8E8"/>
      </w:tcPr>
    </w:tblStylePr>
    <w:tblStylePr w:type="band1Horz">
      <w:tblPr/>
      <w:tcPr>
        <w:tcBorders>
          <w:top w:val="single" w:sz="8" w:space="0" w:color="8064A2"/>
          <w:left w:val="single" w:sz="8" w:space="0" w:color="8064A2"/>
          <w:bottom w:val="single" w:sz="8" w:space="0" w:color="8064A2"/>
          <w:right w:val="single" w:sz="8" w:space="0" w:color="8064A2"/>
          <w:insideV w:val="single" w:sz="8" w:space="0" w:color="8064A2"/>
        </w:tcBorders>
        <w:shd w:val="clear" w:color="auto" w:fill="DFD8E8"/>
      </w:tcPr>
    </w:tblStylePr>
    <w:tblStylePr w:type="band2Horz">
      <w:tblPr/>
      <w:tcPr>
        <w:tcBorders>
          <w:top w:val="single" w:sz="8" w:space="0" w:color="8064A2"/>
          <w:left w:val="single" w:sz="8" w:space="0" w:color="8064A2"/>
          <w:bottom w:val="single" w:sz="8" w:space="0" w:color="8064A2"/>
          <w:right w:val="single" w:sz="8" w:space="0" w:color="8064A2"/>
          <w:insideV w:val="single" w:sz="8" w:space="0" w:color="8064A2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tblPr>
      <w:tblStyleRowBandSize w:val="1"/>
      <w:tblStyleColBandSize w:val="1"/>
      <w:tblBorders>
        <w:top w:val="single" w:sz="8" w:space="0" w:color="4BACC6"/>
        <w:left w:val="single" w:sz="8" w:space="0" w:color="4BACC6"/>
        <w:bottom w:val="single" w:sz="8" w:space="0" w:color="4BACC6"/>
        <w:right w:val="single" w:sz="8" w:space="0" w:color="4BACC6"/>
        <w:insideH w:val="single" w:sz="8" w:space="0" w:color="4BACC6"/>
        <w:insideV w:val="single" w:sz="8" w:space="0" w:color="4BACC6"/>
      </w:tblBorders>
    </w:tblPr>
    <w:tblStylePr w:type="firstRow">
      <w:pPr>
        <w:spacing w:before="0" w:after="0" w:line="240" w:lineRule="auto"/>
      </w:pPr>
      <w:rPr>
        <w:rFonts w:ascii="Calibri" w:eastAsia="MS Gothic" w:hAnsi="Calibri" w:cs="Angsana New"/>
        <w:b/>
        <w:bCs/>
      </w:rPr>
      <w:tblPr/>
      <w:tcPr>
        <w:tcBorders>
          <w:top w:val="single" w:sz="8" w:space="0" w:color="4BACC6"/>
          <w:left w:val="single" w:sz="8" w:space="0" w:color="4BACC6"/>
          <w:bottom w:val="single" w:sz="18" w:space="0" w:color="4BACC6"/>
          <w:right w:val="single" w:sz="8" w:space="0" w:color="4BACC6"/>
          <w:insideH w:val="nil"/>
          <w:insideV w:val="single" w:sz="8" w:space="0" w:color="4BACC6"/>
        </w:tcBorders>
      </w:tcPr>
    </w:tblStylePr>
    <w:tblStylePr w:type="lastRow">
      <w:pPr>
        <w:spacing w:before="0" w:after="0" w:line="240" w:lineRule="auto"/>
      </w:pPr>
      <w:rPr>
        <w:rFonts w:ascii="Calibri" w:eastAsia="MS Gothic" w:hAnsi="Calibri" w:cs="Angsana New"/>
        <w:b/>
        <w:bCs/>
      </w:rPr>
      <w:tblPr/>
      <w:tcPr>
        <w:tcBorders>
          <w:top w:val="double" w:sz="6" w:space="0" w:color="4BACC6"/>
          <w:left w:val="single" w:sz="8" w:space="0" w:color="4BACC6"/>
          <w:bottom w:val="single" w:sz="8" w:space="0" w:color="4BACC6"/>
          <w:right w:val="single" w:sz="8" w:space="0" w:color="4BACC6"/>
          <w:insideH w:val="nil"/>
          <w:insideV w:val="single" w:sz="8" w:space="0" w:color="4BACC6"/>
        </w:tcBorders>
      </w:tcPr>
    </w:tblStylePr>
    <w:tblStylePr w:type="firstCol">
      <w:rPr>
        <w:rFonts w:ascii="Calibri" w:eastAsia="MS Gothic" w:hAnsi="Calibri" w:cs="Angsana New"/>
        <w:b/>
        <w:bCs/>
      </w:rPr>
    </w:tblStylePr>
    <w:tblStylePr w:type="lastCol">
      <w:rPr>
        <w:rFonts w:ascii="Calibri" w:eastAsia="MS Gothic" w:hAnsi="Calibri" w:cs="Angsana New"/>
        <w:b/>
        <w:bCs/>
      </w:rPr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</w:tcPr>
    </w:tblStylePr>
    <w:tblStylePr w:type="band1Vert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  <w:shd w:val="clear" w:color="auto" w:fill="D2EAF1"/>
      </w:tcPr>
    </w:tblStylePr>
    <w:tblStylePr w:type="band1Horz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  <w:insideV w:val="single" w:sz="8" w:space="0" w:color="4BACC6"/>
        </w:tcBorders>
        <w:shd w:val="clear" w:color="auto" w:fill="D2EAF1"/>
      </w:tcPr>
    </w:tblStylePr>
    <w:tblStylePr w:type="band2Horz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  <w:insideV w:val="single" w:sz="8" w:space="0" w:color="4BACC6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tblPr>
      <w:tblStyleRowBandSize w:val="1"/>
      <w:tblStyleColBandSize w:val="1"/>
      <w:tblBorders>
        <w:top w:val="single" w:sz="8" w:space="0" w:color="F79646"/>
        <w:left w:val="single" w:sz="8" w:space="0" w:color="F79646"/>
        <w:bottom w:val="single" w:sz="8" w:space="0" w:color="F79646"/>
        <w:right w:val="single" w:sz="8" w:space="0" w:color="F79646"/>
        <w:insideH w:val="single" w:sz="8" w:space="0" w:color="F79646"/>
        <w:insideV w:val="single" w:sz="8" w:space="0" w:color="F79646"/>
      </w:tblBorders>
    </w:tblPr>
    <w:tblStylePr w:type="firstRow">
      <w:pPr>
        <w:spacing w:before="0" w:after="0" w:line="240" w:lineRule="auto"/>
      </w:pPr>
      <w:rPr>
        <w:rFonts w:ascii="Calibri" w:eastAsia="MS Gothic" w:hAnsi="Calibri" w:cs="Angsana New"/>
        <w:b/>
        <w:bCs/>
      </w:rPr>
      <w:tblPr/>
      <w:tcPr>
        <w:tcBorders>
          <w:top w:val="single" w:sz="8" w:space="0" w:color="F79646"/>
          <w:left w:val="single" w:sz="8" w:space="0" w:color="F79646"/>
          <w:bottom w:val="single" w:sz="18" w:space="0" w:color="F79646"/>
          <w:right w:val="single" w:sz="8" w:space="0" w:color="F79646"/>
          <w:insideH w:val="nil"/>
          <w:insideV w:val="single" w:sz="8" w:space="0" w:color="F79646"/>
        </w:tcBorders>
      </w:tcPr>
    </w:tblStylePr>
    <w:tblStylePr w:type="lastRow">
      <w:pPr>
        <w:spacing w:before="0" w:after="0" w:line="240" w:lineRule="auto"/>
      </w:pPr>
      <w:rPr>
        <w:rFonts w:ascii="Calibri" w:eastAsia="MS Gothic" w:hAnsi="Calibri" w:cs="Angsana New"/>
        <w:b/>
        <w:bCs/>
      </w:rPr>
      <w:tblPr/>
      <w:tcPr>
        <w:tcBorders>
          <w:top w:val="double" w:sz="6" w:space="0" w:color="F79646"/>
          <w:left w:val="single" w:sz="8" w:space="0" w:color="F79646"/>
          <w:bottom w:val="single" w:sz="8" w:space="0" w:color="F79646"/>
          <w:right w:val="single" w:sz="8" w:space="0" w:color="F79646"/>
          <w:insideH w:val="nil"/>
          <w:insideV w:val="single" w:sz="8" w:space="0" w:color="F79646"/>
        </w:tcBorders>
      </w:tcPr>
    </w:tblStylePr>
    <w:tblStylePr w:type="firstCol">
      <w:rPr>
        <w:rFonts w:ascii="Calibri" w:eastAsia="MS Gothic" w:hAnsi="Calibri" w:cs="Angsana New"/>
        <w:b/>
        <w:bCs/>
      </w:rPr>
    </w:tblStylePr>
    <w:tblStylePr w:type="lastCol">
      <w:rPr>
        <w:rFonts w:ascii="Calibri" w:eastAsia="MS Gothic" w:hAnsi="Calibri" w:cs="Angsana New"/>
        <w:b/>
        <w:bCs/>
      </w:rPr>
      <w:tblPr/>
      <w:tcPr>
        <w:tcBorders>
          <w:top w:val="single" w:sz="8" w:space="0" w:color="F79646"/>
          <w:left w:val="single" w:sz="8" w:space="0" w:color="F79646"/>
          <w:bottom w:val="single" w:sz="8" w:space="0" w:color="F79646"/>
          <w:right w:val="single" w:sz="8" w:space="0" w:color="F79646"/>
        </w:tcBorders>
      </w:tcPr>
    </w:tblStylePr>
    <w:tblStylePr w:type="band1Vert">
      <w:tblPr/>
      <w:tcPr>
        <w:tcBorders>
          <w:top w:val="single" w:sz="8" w:space="0" w:color="F79646"/>
          <w:left w:val="single" w:sz="8" w:space="0" w:color="F79646"/>
          <w:bottom w:val="single" w:sz="8" w:space="0" w:color="F79646"/>
          <w:right w:val="single" w:sz="8" w:space="0" w:color="F79646"/>
        </w:tcBorders>
        <w:shd w:val="clear" w:color="auto" w:fill="FDE4D0"/>
      </w:tcPr>
    </w:tblStylePr>
    <w:tblStylePr w:type="band1Horz">
      <w:tblPr/>
      <w:tcPr>
        <w:tcBorders>
          <w:top w:val="single" w:sz="8" w:space="0" w:color="F79646"/>
          <w:left w:val="single" w:sz="8" w:space="0" w:color="F79646"/>
          <w:bottom w:val="single" w:sz="8" w:space="0" w:color="F79646"/>
          <w:right w:val="single" w:sz="8" w:space="0" w:color="F79646"/>
          <w:insideV w:val="single" w:sz="8" w:space="0" w:color="F79646"/>
        </w:tcBorders>
        <w:shd w:val="clear" w:color="auto" w:fill="FDE4D0"/>
      </w:tcPr>
    </w:tblStylePr>
    <w:tblStylePr w:type="band2Horz">
      <w:tblPr/>
      <w:tcPr>
        <w:tcBorders>
          <w:top w:val="single" w:sz="8" w:space="0" w:color="F79646"/>
          <w:left w:val="single" w:sz="8" w:space="0" w:color="F79646"/>
          <w:bottom w:val="single" w:sz="8" w:space="0" w:color="F79646"/>
          <w:right w:val="single" w:sz="8" w:space="0" w:color="F79646"/>
          <w:insideV w:val="single" w:sz="8" w:space="0" w:color="F79646"/>
        </w:tcBorders>
      </w:tcPr>
    </w:tblStylePr>
  </w:style>
  <w:style w:type="table" w:styleId="MediumShading1">
    <w:name w:val="Medium Shading 1"/>
    <w:basedOn w:val="TableNormal"/>
    <w:uiPriority w:val="63"/>
    <w:rsid w:val="00CB0664"/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404040"/>
          <w:left w:val="single" w:sz="8" w:space="0" w:color="404040"/>
          <w:bottom w:val="single" w:sz="8" w:space="0" w:color="404040"/>
          <w:right w:val="single" w:sz="8" w:space="0" w:color="404040"/>
          <w:insideH w:val="nil"/>
          <w:insideV w:val="nil"/>
        </w:tcBorders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/>
          <w:left w:val="single" w:sz="8" w:space="0" w:color="404040"/>
          <w:bottom w:val="single" w:sz="8" w:space="0" w:color="404040"/>
          <w:right w:val="single" w:sz="8" w:space="0" w:color="40404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tblPr>
      <w:tblStyleRowBandSize w:val="1"/>
      <w:tblStyleColBandSize w:val="1"/>
      <w:tblBorders>
        <w:top w:val="single" w:sz="8" w:space="0" w:color="7BA0CD"/>
        <w:left w:val="single" w:sz="8" w:space="0" w:color="7BA0CD"/>
        <w:bottom w:val="single" w:sz="8" w:space="0" w:color="7BA0CD"/>
        <w:right w:val="single" w:sz="8" w:space="0" w:color="7BA0CD"/>
        <w:insideH w:val="single" w:sz="8" w:space="0" w:color="7BA0CD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7BA0CD"/>
          <w:left w:val="single" w:sz="8" w:space="0" w:color="7BA0CD"/>
          <w:bottom w:val="single" w:sz="8" w:space="0" w:color="7BA0CD"/>
          <w:right w:val="single" w:sz="8" w:space="0" w:color="7BA0CD"/>
          <w:insideH w:val="nil"/>
          <w:insideV w:val="nil"/>
        </w:tcBorders>
        <w:shd w:val="clear" w:color="auto" w:fill="4F81B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/>
          <w:left w:val="single" w:sz="8" w:space="0" w:color="7BA0CD"/>
          <w:bottom w:val="single" w:sz="8" w:space="0" w:color="7BA0CD"/>
          <w:right w:val="single" w:sz="8" w:space="0" w:color="7BA0CD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tblPr>
      <w:tblStyleRowBandSize w:val="1"/>
      <w:tblStyleColBandSize w:val="1"/>
      <w:tblBorders>
        <w:top w:val="single" w:sz="8" w:space="0" w:color="CF7B79"/>
        <w:left w:val="single" w:sz="8" w:space="0" w:color="CF7B79"/>
        <w:bottom w:val="single" w:sz="8" w:space="0" w:color="CF7B79"/>
        <w:right w:val="single" w:sz="8" w:space="0" w:color="CF7B79"/>
        <w:insideH w:val="single" w:sz="8" w:space="0" w:color="CF7B79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CF7B79"/>
          <w:left w:val="single" w:sz="8" w:space="0" w:color="CF7B79"/>
          <w:bottom w:val="single" w:sz="8" w:space="0" w:color="CF7B79"/>
          <w:right w:val="single" w:sz="8" w:space="0" w:color="CF7B79"/>
          <w:insideH w:val="nil"/>
          <w:insideV w:val="nil"/>
        </w:tcBorders>
        <w:shd w:val="clear" w:color="auto" w:fill="C0504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/>
          <w:left w:val="single" w:sz="8" w:space="0" w:color="CF7B79"/>
          <w:bottom w:val="single" w:sz="8" w:space="0" w:color="CF7B79"/>
          <w:right w:val="single" w:sz="8" w:space="0" w:color="CF7B79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tblPr>
      <w:tblStyleRowBandSize w:val="1"/>
      <w:tblStyleColBandSize w:val="1"/>
      <w:tblBorders>
        <w:top w:val="single" w:sz="8" w:space="0" w:color="B3CC82"/>
        <w:left w:val="single" w:sz="8" w:space="0" w:color="B3CC82"/>
        <w:bottom w:val="single" w:sz="8" w:space="0" w:color="B3CC82"/>
        <w:right w:val="single" w:sz="8" w:space="0" w:color="B3CC82"/>
        <w:insideH w:val="single" w:sz="8" w:space="0" w:color="B3CC82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B3CC82"/>
          <w:left w:val="single" w:sz="8" w:space="0" w:color="B3CC82"/>
          <w:bottom w:val="single" w:sz="8" w:space="0" w:color="B3CC82"/>
          <w:right w:val="single" w:sz="8" w:space="0" w:color="B3CC82"/>
          <w:insideH w:val="nil"/>
          <w:insideV w:val="nil"/>
        </w:tcBorders>
        <w:shd w:val="clear" w:color="auto" w:fill="9BBB59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/>
          <w:left w:val="single" w:sz="8" w:space="0" w:color="B3CC82"/>
          <w:bottom w:val="single" w:sz="8" w:space="0" w:color="B3CC82"/>
          <w:right w:val="single" w:sz="8" w:space="0" w:color="B3CC82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tblPr>
      <w:tblStyleRowBandSize w:val="1"/>
      <w:tblStyleColBandSize w:val="1"/>
      <w:tblBorders>
        <w:top w:val="single" w:sz="8" w:space="0" w:color="9F8AB9"/>
        <w:left w:val="single" w:sz="8" w:space="0" w:color="9F8AB9"/>
        <w:bottom w:val="single" w:sz="8" w:space="0" w:color="9F8AB9"/>
        <w:right w:val="single" w:sz="8" w:space="0" w:color="9F8AB9"/>
        <w:insideH w:val="single" w:sz="8" w:space="0" w:color="9F8AB9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9F8AB9"/>
          <w:left w:val="single" w:sz="8" w:space="0" w:color="9F8AB9"/>
          <w:bottom w:val="single" w:sz="8" w:space="0" w:color="9F8AB9"/>
          <w:right w:val="single" w:sz="8" w:space="0" w:color="9F8AB9"/>
          <w:insideH w:val="nil"/>
          <w:insideV w:val="nil"/>
        </w:tcBorders>
        <w:shd w:val="clear" w:color="auto" w:fill="8064A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/>
          <w:left w:val="single" w:sz="8" w:space="0" w:color="9F8AB9"/>
          <w:bottom w:val="single" w:sz="8" w:space="0" w:color="9F8AB9"/>
          <w:right w:val="single" w:sz="8" w:space="0" w:color="9F8AB9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tblPr>
      <w:tblStyleRowBandSize w:val="1"/>
      <w:tblStyleColBandSize w:val="1"/>
      <w:tblBorders>
        <w:top w:val="single" w:sz="8" w:space="0" w:color="78C0D4"/>
        <w:left w:val="single" w:sz="8" w:space="0" w:color="78C0D4"/>
        <w:bottom w:val="single" w:sz="8" w:space="0" w:color="78C0D4"/>
        <w:right w:val="single" w:sz="8" w:space="0" w:color="78C0D4"/>
        <w:insideH w:val="single" w:sz="8" w:space="0" w:color="78C0D4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tblPr>
      <w:tblStyleRowBandSize w:val="1"/>
      <w:tblStyleColBandSize w:val="1"/>
      <w:tblBorders>
        <w:top w:val="single" w:sz="8" w:space="0" w:color="F9B074"/>
        <w:left w:val="single" w:sz="8" w:space="0" w:color="F9B074"/>
        <w:bottom w:val="single" w:sz="8" w:space="0" w:color="F9B074"/>
        <w:right w:val="single" w:sz="8" w:space="0" w:color="F9B074"/>
        <w:insideH w:val="single" w:sz="8" w:space="0" w:color="F9B074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F9B074"/>
          <w:left w:val="single" w:sz="8" w:space="0" w:color="F9B074"/>
          <w:bottom w:val="single" w:sz="8" w:space="0" w:color="F9B074"/>
          <w:right w:val="single" w:sz="8" w:space="0" w:color="F9B074"/>
          <w:insideH w:val="nil"/>
          <w:insideV w:val="nil"/>
        </w:tcBorders>
        <w:shd w:val="clear" w:color="auto" w:fill="F7964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/>
          <w:left w:val="single" w:sz="8" w:space="0" w:color="F9B074"/>
          <w:bottom w:val="single" w:sz="8" w:space="0" w:color="F9B074"/>
          <w:right w:val="single" w:sz="8" w:space="0" w:color="F9B074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rPr>
      <w:color w:val="000000"/>
    </w:rPr>
    <w:tblPr>
      <w:tblStyleRowBandSize w:val="1"/>
      <w:tblStyleColBandSize w:val="1"/>
      <w:tblBorders>
        <w:top w:val="single" w:sz="8" w:space="0" w:color="000000"/>
        <w:bottom w:val="single" w:sz="8" w:space="0" w:color="000000"/>
      </w:tblBorders>
    </w:tblPr>
    <w:tblStylePr w:type="firstRow">
      <w:rPr>
        <w:rFonts w:ascii="Calibri" w:eastAsia="MS Gothic" w:hAnsi="Calibri" w:cs="Angsana New"/>
      </w:rPr>
      <w:tblPr/>
      <w:tcPr>
        <w:tcBorders>
          <w:top w:val="nil"/>
          <w:bottom w:val="single" w:sz="8" w:space="0" w:color="000000"/>
        </w:tcBorders>
      </w:tcPr>
    </w:tblStylePr>
    <w:tblStylePr w:type="lastRow">
      <w:rPr>
        <w:b/>
        <w:bCs/>
        <w:color w:val="1F497D"/>
      </w:rPr>
      <w:tblPr/>
      <w:tcPr>
        <w:tcBorders>
          <w:top w:val="single" w:sz="8" w:space="0" w:color="000000"/>
          <w:bottom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/>
          <w:bottom w:val="single" w:sz="8" w:space="0" w:color="000000"/>
        </w:tcBorders>
      </w:tcPr>
    </w:tblStylePr>
    <w:tblStylePr w:type="band1Vert">
      <w:tblPr/>
      <w:tcPr>
        <w:shd w:val="clear" w:color="auto" w:fill="C0C0C0"/>
      </w:tcPr>
    </w:tblStylePr>
    <w:tblStylePr w:type="band1Horz">
      <w:tblPr/>
      <w:tcPr>
        <w:shd w:val="clear" w:color="auto" w:fill="C0C0C0"/>
      </w:tcPr>
    </w:tblStylePr>
  </w:style>
  <w:style w:type="table" w:styleId="MediumList1-Accent1">
    <w:name w:val="Medium List 1 Accent 1"/>
    <w:basedOn w:val="TableNormal"/>
    <w:uiPriority w:val="65"/>
    <w:rsid w:val="00CB0664"/>
    <w:rPr>
      <w:color w:val="000000"/>
    </w:rPr>
    <w:tblPr>
      <w:tblStyleRowBandSize w:val="1"/>
      <w:tblStyleColBandSize w:val="1"/>
      <w:tblBorders>
        <w:top w:val="single" w:sz="8" w:space="0" w:color="4F81BD"/>
        <w:bottom w:val="single" w:sz="8" w:space="0" w:color="4F81BD"/>
      </w:tblBorders>
    </w:tblPr>
    <w:tblStylePr w:type="firstRow">
      <w:rPr>
        <w:rFonts w:ascii="Calibri" w:eastAsia="MS Gothic" w:hAnsi="Calibri" w:cs="Angsana New"/>
      </w:rPr>
      <w:tblPr/>
      <w:tcPr>
        <w:tcBorders>
          <w:top w:val="nil"/>
          <w:bottom w:val="single" w:sz="8" w:space="0" w:color="4F81BD"/>
        </w:tcBorders>
      </w:tcPr>
    </w:tblStylePr>
    <w:tblStylePr w:type="lastRow">
      <w:rPr>
        <w:b/>
        <w:bCs/>
        <w:color w:val="1F497D"/>
      </w:rPr>
      <w:tblPr/>
      <w:tcPr>
        <w:tcBorders>
          <w:top w:val="single" w:sz="8" w:space="0" w:color="4F81BD"/>
          <w:bottom w:val="single" w:sz="8" w:space="0" w:color="4F81B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/>
          <w:bottom w:val="single" w:sz="8" w:space="0" w:color="4F81BD"/>
        </w:tcBorders>
      </w:tcPr>
    </w:tblStylePr>
    <w:tblStylePr w:type="band1Vert">
      <w:tblPr/>
      <w:tcPr>
        <w:shd w:val="clear" w:color="auto" w:fill="D3DFEE"/>
      </w:tcPr>
    </w:tblStylePr>
    <w:tblStylePr w:type="band1Horz">
      <w:tblPr/>
      <w:tcPr>
        <w:shd w:val="clear" w:color="auto" w:fill="D3DFEE"/>
      </w:tcPr>
    </w:tblStylePr>
  </w:style>
  <w:style w:type="table" w:styleId="MediumList1-Accent2">
    <w:name w:val="Medium List 1 Accent 2"/>
    <w:basedOn w:val="TableNormal"/>
    <w:uiPriority w:val="65"/>
    <w:rsid w:val="00CB0664"/>
    <w:rPr>
      <w:color w:val="000000"/>
    </w:rPr>
    <w:tblPr>
      <w:tblStyleRowBandSize w:val="1"/>
      <w:tblStyleColBandSize w:val="1"/>
      <w:tblBorders>
        <w:top w:val="single" w:sz="8" w:space="0" w:color="C0504D"/>
        <w:bottom w:val="single" w:sz="8" w:space="0" w:color="C0504D"/>
      </w:tblBorders>
    </w:tblPr>
    <w:tblStylePr w:type="firstRow">
      <w:rPr>
        <w:rFonts w:ascii="Calibri" w:eastAsia="MS Gothic" w:hAnsi="Calibri" w:cs="Angsana New"/>
      </w:rPr>
      <w:tblPr/>
      <w:tcPr>
        <w:tcBorders>
          <w:top w:val="nil"/>
          <w:bottom w:val="single" w:sz="8" w:space="0" w:color="C0504D"/>
        </w:tcBorders>
      </w:tcPr>
    </w:tblStylePr>
    <w:tblStylePr w:type="lastRow">
      <w:rPr>
        <w:b/>
        <w:bCs/>
        <w:color w:val="1F497D"/>
      </w:rPr>
      <w:tblPr/>
      <w:tcPr>
        <w:tcBorders>
          <w:top w:val="single" w:sz="8" w:space="0" w:color="C0504D"/>
          <w:bottom w:val="single" w:sz="8" w:space="0" w:color="C0504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/>
          <w:bottom w:val="single" w:sz="8" w:space="0" w:color="C0504D"/>
        </w:tcBorders>
      </w:tcPr>
    </w:tblStylePr>
    <w:tblStylePr w:type="band1Vert">
      <w:tblPr/>
      <w:tcPr>
        <w:shd w:val="clear" w:color="auto" w:fill="EFD3D2"/>
      </w:tcPr>
    </w:tblStylePr>
    <w:tblStylePr w:type="band1Horz">
      <w:tblPr/>
      <w:tcPr>
        <w:shd w:val="clear" w:color="auto" w:fill="EFD3D2"/>
      </w:tcPr>
    </w:tblStylePr>
  </w:style>
  <w:style w:type="table" w:styleId="MediumList1-Accent3">
    <w:name w:val="Medium List 1 Accent 3"/>
    <w:basedOn w:val="TableNormal"/>
    <w:uiPriority w:val="65"/>
    <w:rsid w:val="00CB0664"/>
    <w:rPr>
      <w:color w:val="000000"/>
    </w:rPr>
    <w:tblPr>
      <w:tblStyleRowBandSize w:val="1"/>
      <w:tblStyleColBandSize w:val="1"/>
      <w:tblBorders>
        <w:top w:val="single" w:sz="8" w:space="0" w:color="9BBB59"/>
        <w:bottom w:val="single" w:sz="8" w:space="0" w:color="9BBB59"/>
      </w:tblBorders>
    </w:tblPr>
    <w:tblStylePr w:type="firstRow">
      <w:rPr>
        <w:rFonts w:ascii="Calibri" w:eastAsia="MS Gothic" w:hAnsi="Calibri" w:cs="Angsana New"/>
      </w:rPr>
      <w:tblPr/>
      <w:tcPr>
        <w:tcBorders>
          <w:top w:val="nil"/>
          <w:bottom w:val="single" w:sz="8" w:space="0" w:color="9BBB59"/>
        </w:tcBorders>
      </w:tcPr>
    </w:tblStylePr>
    <w:tblStylePr w:type="lastRow">
      <w:rPr>
        <w:b/>
        <w:bCs/>
        <w:color w:val="1F497D"/>
      </w:rPr>
      <w:tblPr/>
      <w:tcPr>
        <w:tcBorders>
          <w:top w:val="single" w:sz="8" w:space="0" w:color="9BBB59"/>
          <w:bottom w:val="single" w:sz="8" w:space="0" w:color="9BBB5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/>
          <w:bottom w:val="single" w:sz="8" w:space="0" w:color="9BBB59"/>
        </w:tcBorders>
      </w:tcPr>
    </w:tblStylePr>
    <w:tblStylePr w:type="band1Vert">
      <w:tblPr/>
      <w:tcPr>
        <w:shd w:val="clear" w:color="auto" w:fill="E6EED5"/>
      </w:tcPr>
    </w:tblStylePr>
    <w:tblStylePr w:type="band1Horz">
      <w:tblPr/>
      <w:tcPr>
        <w:shd w:val="clear" w:color="auto" w:fill="E6EED5"/>
      </w:tcPr>
    </w:tblStylePr>
  </w:style>
  <w:style w:type="table" w:styleId="MediumList1-Accent4">
    <w:name w:val="Medium List 1 Accent 4"/>
    <w:basedOn w:val="TableNormal"/>
    <w:uiPriority w:val="65"/>
    <w:rsid w:val="00CB0664"/>
    <w:rPr>
      <w:color w:val="000000"/>
    </w:rPr>
    <w:tblPr>
      <w:tblStyleRowBandSize w:val="1"/>
      <w:tblStyleColBandSize w:val="1"/>
      <w:tblBorders>
        <w:top w:val="single" w:sz="8" w:space="0" w:color="8064A2"/>
        <w:bottom w:val="single" w:sz="8" w:space="0" w:color="8064A2"/>
      </w:tblBorders>
    </w:tblPr>
    <w:tblStylePr w:type="firstRow">
      <w:rPr>
        <w:rFonts w:ascii="Calibri" w:eastAsia="MS Gothic" w:hAnsi="Calibri" w:cs="Angsana New"/>
      </w:rPr>
      <w:tblPr/>
      <w:tcPr>
        <w:tcBorders>
          <w:top w:val="nil"/>
          <w:bottom w:val="single" w:sz="8" w:space="0" w:color="8064A2"/>
        </w:tcBorders>
      </w:tcPr>
    </w:tblStylePr>
    <w:tblStylePr w:type="lastRow">
      <w:rPr>
        <w:b/>
        <w:bCs/>
        <w:color w:val="1F497D"/>
      </w:rPr>
      <w:tblPr/>
      <w:tcPr>
        <w:tcBorders>
          <w:top w:val="single" w:sz="8" w:space="0" w:color="8064A2"/>
          <w:bottom w:val="single" w:sz="8" w:space="0" w:color="8064A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/>
          <w:bottom w:val="single" w:sz="8" w:space="0" w:color="8064A2"/>
        </w:tcBorders>
      </w:tcPr>
    </w:tblStylePr>
    <w:tblStylePr w:type="band1Vert">
      <w:tblPr/>
      <w:tcPr>
        <w:shd w:val="clear" w:color="auto" w:fill="DFD8E8"/>
      </w:tcPr>
    </w:tblStylePr>
    <w:tblStylePr w:type="band1Horz">
      <w:tblPr/>
      <w:tcPr>
        <w:shd w:val="clear" w:color="auto" w:fill="DFD8E8"/>
      </w:tcPr>
    </w:tblStylePr>
  </w:style>
  <w:style w:type="table" w:styleId="MediumList1-Accent5">
    <w:name w:val="Medium List 1 Accent 5"/>
    <w:basedOn w:val="TableNormal"/>
    <w:uiPriority w:val="65"/>
    <w:rsid w:val="00CB0664"/>
    <w:rPr>
      <w:color w:val="000000"/>
    </w:rPr>
    <w:tblPr>
      <w:tblStyleRowBandSize w:val="1"/>
      <w:tblStyleColBandSize w:val="1"/>
      <w:tblBorders>
        <w:top w:val="single" w:sz="8" w:space="0" w:color="4BACC6"/>
        <w:bottom w:val="single" w:sz="8" w:space="0" w:color="4BACC6"/>
      </w:tblBorders>
    </w:tblPr>
    <w:tblStylePr w:type="firstRow">
      <w:rPr>
        <w:rFonts w:ascii="Calibri" w:eastAsia="MS Gothic" w:hAnsi="Calibri" w:cs="Angsana New"/>
      </w:rPr>
      <w:tblPr/>
      <w:tcPr>
        <w:tcBorders>
          <w:top w:val="nil"/>
          <w:bottom w:val="single" w:sz="8" w:space="0" w:color="4BACC6"/>
        </w:tcBorders>
      </w:tcPr>
    </w:tblStylePr>
    <w:tblStylePr w:type="lastRow">
      <w:rPr>
        <w:b/>
        <w:bCs/>
        <w:color w:val="1F497D"/>
      </w:rPr>
      <w:tblPr/>
      <w:tcPr>
        <w:tcBorders>
          <w:top w:val="single" w:sz="8" w:space="0" w:color="4BACC6"/>
          <w:bottom w:val="single" w:sz="8" w:space="0" w:color="4BACC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/>
          <w:bottom w:val="single" w:sz="8" w:space="0" w:color="4BACC6"/>
        </w:tcBorders>
      </w:tcPr>
    </w:tblStylePr>
    <w:tblStylePr w:type="band1Vert">
      <w:tblPr/>
      <w:tcPr>
        <w:shd w:val="clear" w:color="auto" w:fill="D2EAF1"/>
      </w:tcPr>
    </w:tblStylePr>
    <w:tblStylePr w:type="band1Horz">
      <w:tblPr/>
      <w:tcPr>
        <w:shd w:val="clear" w:color="auto" w:fill="D2EAF1"/>
      </w:tcPr>
    </w:tblStylePr>
  </w:style>
  <w:style w:type="table" w:styleId="MediumList1-Accent6">
    <w:name w:val="Medium List 1 Accent 6"/>
    <w:basedOn w:val="TableNormal"/>
    <w:uiPriority w:val="65"/>
    <w:rsid w:val="00CB0664"/>
    <w:rPr>
      <w:color w:val="000000"/>
    </w:rPr>
    <w:tblPr>
      <w:tblStyleRowBandSize w:val="1"/>
      <w:tblStyleColBandSize w:val="1"/>
      <w:tblBorders>
        <w:top w:val="single" w:sz="8" w:space="0" w:color="F79646"/>
        <w:bottom w:val="single" w:sz="8" w:space="0" w:color="F79646"/>
      </w:tblBorders>
    </w:tblPr>
    <w:tblStylePr w:type="firstRow">
      <w:rPr>
        <w:rFonts w:ascii="Calibri" w:eastAsia="MS Gothic" w:hAnsi="Calibri" w:cs="Angsana New"/>
      </w:rPr>
      <w:tblPr/>
      <w:tcPr>
        <w:tcBorders>
          <w:top w:val="nil"/>
          <w:bottom w:val="single" w:sz="8" w:space="0" w:color="F79646"/>
        </w:tcBorders>
      </w:tcPr>
    </w:tblStylePr>
    <w:tblStylePr w:type="lastRow">
      <w:rPr>
        <w:b/>
        <w:bCs/>
        <w:color w:val="1F497D"/>
      </w:rPr>
      <w:tblPr/>
      <w:tcPr>
        <w:tcBorders>
          <w:top w:val="single" w:sz="8" w:space="0" w:color="F79646"/>
          <w:bottom w:val="single" w:sz="8" w:space="0" w:color="F7964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/>
          <w:bottom w:val="single" w:sz="8" w:space="0" w:color="F79646"/>
        </w:tcBorders>
      </w:tcPr>
    </w:tblStylePr>
    <w:tblStylePr w:type="band1Vert">
      <w:tblPr/>
      <w:tcPr>
        <w:shd w:val="clear" w:color="auto" w:fill="FDE4D0"/>
      </w:tcPr>
    </w:tblStylePr>
    <w:tblStylePr w:type="band1Horz">
      <w:tblPr/>
      <w:tcPr>
        <w:shd w:val="clear" w:color="auto" w:fill="FDE4D0"/>
      </w:tcPr>
    </w:tblStylePr>
  </w:style>
  <w:style w:type="table" w:styleId="MediumList2">
    <w:name w:val="Medium List 2"/>
    <w:basedOn w:val="TableNormal"/>
    <w:uiPriority w:val="66"/>
    <w:rsid w:val="00CB0664"/>
    <w:rPr>
      <w:rFonts w:ascii="Calibri" w:eastAsia="MS Gothic" w:hAnsi="Calibri" w:cs="Angsana New"/>
      <w:color w:val="000000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/>
          <w:right w:val="nil"/>
          <w:insideH w:val="nil"/>
          <w:insideV w:val="nil"/>
        </w:tcBorders>
        <w:shd w:val="clear" w:color="auto" w:fill="FFFFFF"/>
      </w:tcPr>
    </w:tblStylePr>
    <w:tblStylePr w:type="lastRow">
      <w:tblPr/>
      <w:tcPr>
        <w:tcBorders>
          <w:top w:val="single" w:sz="8" w:space="0" w:color="00000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/>
          <w:insideH w:val="nil"/>
          <w:insideV w:val="nil"/>
        </w:tcBorders>
        <w:shd w:val="clear" w:color="auto" w:fill="FFFFFF"/>
      </w:tcPr>
    </w:tblStylePr>
    <w:tblStylePr w:type="lastCol">
      <w:tblPr/>
      <w:tcPr>
        <w:tcBorders>
          <w:top w:val="nil"/>
          <w:left w:val="single" w:sz="8" w:space="0" w:color="000000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/>
      </w:tcPr>
    </w:tblStylePr>
    <w:tblStylePr w:type="nwCell">
      <w:tblPr/>
      <w:tcPr>
        <w:shd w:val="clear" w:color="auto" w:fill="FFFFFF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rPr>
      <w:rFonts w:ascii="Calibri" w:eastAsia="MS Gothic" w:hAnsi="Calibri" w:cs="Angsana New"/>
      <w:color w:val="000000"/>
    </w:rPr>
    <w:tblPr>
      <w:tblStyleRowBandSize w:val="1"/>
      <w:tblStyleColBandSize w:val="1"/>
      <w:tblBorders>
        <w:top w:val="single" w:sz="8" w:space="0" w:color="4F81BD"/>
        <w:left w:val="single" w:sz="8" w:space="0" w:color="4F81BD"/>
        <w:bottom w:val="single" w:sz="8" w:space="0" w:color="4F81BD"/>
        <w:right w:val="single" w:sz="8" w:space="0" w:color="4F81BD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/>
          <w:right w:val="nil"/>
          <w:insideH w:val="nil"/>
          <w:insideV w:val="nil"/>
        </w:tcBorders>
        <w:shd w:val="clear" w:color="auto" w:fill="FFFFFF"/>
      </w:tcPr>
    </w:tblStylePr>
    <w:tblStylePr w:type="lastRow">
      <w:tblPr/>
      <w:tcPr>
        <w:tcBorders>
          <w:top w:val="single" w:sz="8" w:space="0" w:color="4F81BD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/>
          <w:insideH w:val="nil"/>
          <w:insideV w:val="nil"/>
        </w:tcBorders>
        <w:shd w:val="clear" w:color="auto" w:fill="FFFFFF"/>
      </w:tcPr>
    </w:tblStylePr>
    <w:tblStylePr w:type="lastCol">
      <w:tblPr/>
      <w:tcPr>
        <w:tcBorders>
          <w:top w:val="nil"/>
          <w:left w:val="single" w:sz="8" w:space="0" w:color="4F81BD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/>
      </w:tcPr>
    </w:tblStylePr>
    <w:tblStylePr w:type="nwCell">
      <w:tblPr/>
      <w:tcPr>
        <w:shd w:val="clear" w:color="auto" w:fill="FFFFFF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rPr>
      <w:rFonts w:ascii="Calibri" w:eastAsia="MS Gothic" w:hAnsi="Calibri" w:cs="Angsana New"/>
      <w:color w:val="000000"/>
    </w:rPr>
    <w:tblPr>
      <w:tblStyleRowBandSize w:val="1"/>
      <w:tblStyleColBandSize w:val="1"/>
      <w:tblBorders>
        <w:top w:val="single" w:sz="8" w:space="0" w:color="C0504D"/>
        <w:left w:val="single" w:sz="8" w:space="0" w:color="C0504D"/>
        <w:bottom w:val="single" w:sz="8" w:space="0" w:color="C0504D"/>
        <w:right w:val="single" w:sz="8" w:space="0" w:color="C0504D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/>
          <w:right w:val="nil"/>
          <w:insideH w:val="nil"/>
          <w:insideV w:val="nil"/>
        </w:tcBorders>
        <w:shd w:val="clear" w:color="auto" w:fill="FFFFFF"/>
      </w:tcPr>
    </w:tblStylePr>
    <w:tblStylePr w:type="lastRow">
      <w:tblPr/>
      <w:tcPr>
        <w:tcBorders>
          <w:top w:val="single" w:sz="8" w:space="0" w:color="C0504D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/>
          <w:insideH w:val="nil"/>
          <w:insideV w:val="nil"/>
        </w:tcBorders>
        <w:shd w:val="clear" w:color="auto" w:fill="FFFFFF"/>
      </w:tcPr>
    </w:tblStylePr>
    <w:tblStylePr w:type="lastCol">
      <w:tblPr/>
      <w:tcPr>
        <w:tcBorders>
          <w:top w:val="nil"/>
          <w:left w:val="single" w:sz="8" w:space="0" w:color="C0504D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/>
      </w:tcPr>
    </w:tblStylePr>
    <w:tblStylePr w:type="nwCell">
      <w:tblPr/>
      <w:tcPr>
        <w:shd w:val="clear" w:color="auto" w:fill="FFFFFF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rPr>
      <w:rFonts w:ascii="Calibri" w:eastAsia="MS Gothic" w:hAnsi="Calibri" w:cs="Angsana New"/>
      <w:color w:val="000000"/>
    </w:rPr>
    <w:tblPr>
      <w:tblStyleRowBandSize w:val="1"/>
      <w:tblStyleColBandSize w:val="1"/>
      <w:tblBorders>
        <w:top w:val="single" w:sz="8" w:space="0" w:color="9BBB59"/>
        <w:left w:val="single" w:sz="8" w:space="0" w:color="9BBB59"/>
        <w:bottom w:val="single" w:sz="8" w:space="0" w:color="9BBB59"/>
        <w:right w:val="single" w:sz="8" w:space="0" w:color="9BBB59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/>
          <w:right w:val="nil"/>
          <w:insideH w:val="nil"/>
          <w:insideV w:val="nil"/>
        </w:tcBorders>
        <w:shd w:val="clear" w:color="auto" w:fill="FFFFFF"/>
      </w:tcPr>
    </w:tblStylePr>
    <w:tblStylePr w:type="lastRow">
      <w:tblPr/>
      <w:tcPr>
        <w:tcBorders>
          <w:top w:val="single" w:sz="8" w:space="0" w:color="9BBB59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/>
          <w:insideH w:val="nil"/>
          <w:insideV w:val="nil"/>
        </w:tcBorders>
        <w:shd w:val="clear" w:color="auto" w:fill="FFFFFF"/>
      </w:tcPr>
    </w:tblStylePr>
    <w:tblStylePr w:type="lastCol">
      <w:tblPr/>
      <w:tcPr>
        <w:tcBorders>
          <w:top w:val="nil"/>
          <w:left w:val="single" w:sz="8" w:space="0" w:color="9BBB59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/>
      </w:tcPr>
    </w:tblStylePr>
    <w:tblStylePr w:type="nwCell">
      <w:tblPr/>
      <w:tcPr>
        <w:shd w:val="clear" w:color="auto" w:fill="FFFFFF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rPr>
      <w:rFonts w:ascii="Calibri" w:eastAsia="MS Gothic" w:hAnsi="Calibri" w:cs="Angsana New"/>
      <w:color w:val="000000"/>
    </w:rPr>
    <w:tblPr>
      <w:tblStyleRowBandSize w:val="1"/>
      <w:tblStyleColBandSize w:val="1"/>
      <w:tblBorders>
        <w:top w:val="single" w:sz="8" w:space="0" w:color="8064A2"/>
        <w:left w:val="single" w:sz="8" w:space="0" w:color="8064A2"/>
        <w:bottom w:val="single" w:sz="8" w:space="0" w:color="8064A2"/>
        <w:right w:val="single" w:sz="8" w:space="0" w:color="8064A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/>
          <w:right w:val="nil"/>
          <w:insideH w:val="nil"/>
          <w:insideV w:val="nil"/>
        </w:tcBorders>
        <w:shd w:val="clear" w:color="auto" w:fill="FFFFFF"/>
      </w:tcPr>
    </w:tblStylePr>
    <w:tblStylePr w:type="lastRow">
      <w:tblPr/>
      <w:tcPr>
        <w:tcBorders>
          <w:top w:val="single" w:sz="8" w:space="0" w:color="8064A2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/>
          <w:insideH w:val="nil"/>
          <w:insideV w:val="nil"/>
        </w:tcBorders>
        <w:shd w:val="clear" w:color="auto" w:fill="FFFFFF"/>
      </w:tcPr>
    </w:tblStylePr>
    <w:tblStylePr w:type="lastCol">
      <w:tblPr/>
      <w:tcPr>
        <w:tcBorders>
          <w:top w:val="nil"/>
          <w:left w:val="single" w:sz="8" w:space="0" w:color="8064A2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/>
      </w:tcPr>
    </w:tblStylePr>
    <w:tblStylePr w:type="nwCell">
      <w:tblPr/>
      <w:tcPr>
        <w:shd w:val="clear" w:color="auto" w:fill="FFFFFF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rPr>
      <w:rFonts w:ascii="Calibri" w:eastAsia="MS Gothic" w:hAnsi="Calibri" w:cs="Angsana New"/>
      <w:color w:val="000000"/>
    </w:rPr>
    <w:tblPr>
      <w:tblStyleRowBandSize w:val="1"/>
      <w:tblStyleColBandSize w:val="1"/>
      <w:tblBorders>
        <w:top w:val="single" w:sz="8" w:space="0" w:color="4BACC6"/>
        <w:left w:val="single" w:sz="8" w:space="0" w:color="4BACC6"/>
        <w:bottom w:val="single" w:sz="8" w:space="0" w:color="4BACC6"/>
        <w:right w:val="single" w:sz="8" w:space="0" w:color="4BACC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/>
          <w:right w:val="nil"/>
          <w:insideH w:val="nil"/>
          <w:insideV w:val="nil"/>
        </w:tcBorders>
        <w:shd w:val="clear" w:color="auto" w:fill="FFFFFF"/>
      </w:tcPr>
    </w:tblStylePr>
    <w:tblStylePr w:type="lastRow">
      <w:tblPr/>
      <w:tcPr>
        <w:tcBorders>
          <w:top w:val="single" w:sz="8" w:space="0" w:color="4BACC6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/>
          <w:insideH w:val="nil"/>
          <w:insideV w:val="nil"/>
        </w:tcBorders>
        <w:shd w:val="clear" w:color="auto" w:fill="FFFFFF"/>
      </w:tcPr>
    </w:tblStylePr>
    <w:tblStylePr w:type="lastCol">
      <w:tblPr/>
      <w:tcPr>
        <w:tcBorders>
          <w:top w:val="nil"/>
          <w:left w:val="single" w:sz="8" w:space="0" w:color="4BACC6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/>
      </w:tcPr>
    </w:tblStylePr>
    <w:tblStylePr w:type="nwCell">
      <w:tblPr/>
      <w:tcPr>
        <w:shd w:val="clear" w:color="auto" w:fill="FFFFFF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rPr>
      <w:rFonts w:ascii="Calibri" w:eastAsia="MS Gothic" w:hAnsi="Calibri" w:cs="Angsana New"/>
      <w:color w:val="000000"/>
    </w:rPr>
    <w:tblPr>
      <w:tblStyleRowBandSize w:val="1"/>
      <w:tblStyleColBandSize w:val="1"/>
      <w:tblBorders>
        <w:top w:val="single" w:sz="8" w:space="0" w:color="F79646"/>
        <w:left w:val="single" w:sz="8" w:space="0" w:color="F79646"/>
        <w:bottom w:val="single" w:sz="8" w:space="0" w:color="F79646"/>
        <w:right w:val="single" w:sz="8" w:space="0" w:color="F7964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/>
          <w:right w:val="nil"/>
          <w:insideH w:val="nil"/>
          <w:insideV w:val="nil"/>
        </w:tcBorders>
        <w:shd w:val="clear" w:color="auto" w:fill="FFFFFF"/>
      </w:tcPr>
    </w:tblStylePr>
    <w:tblStylePr w:type="lastRow">
      <w:tblPr/>
      <w:tcPr>
        <w:tcBorders>
          <w:top w:val="single" w:sz="8" w:space="0" w:color="F79646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/>
          <w:insideH w:val="nil"/>
          <w:insideV w:val="nil"/>
        </w:tcBorders>
        <w:shd w:val="clear" w:color="auto" w:fill="FFFFFF"/>
      </w:tcPr>
    </w:tblStylePr>
    <w:tblStylePr w:type="lastCol">
      <w:tblPr/>
      <w:tcPr>
        <w:tcBorders>
          <w:top w:val="nil"/>
          <w:left w:val="single" w:sz="8" w:space="0" w:color="F79646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/>
      </w:tcPr>
    </w:tblStylePr>
    <w:tblStylePr w:type="nwCell">
      <w:tblPr/>
      <w:tcPr>
        <w:shd w:val="clear" w:color="auto" w:fill="FFFFFF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table" w:styleId="MediumGrid1-Accent1">
    <w:name w:val="Medium Grid 1 Accent 1"/>
    <w:basedOn w:val="TableNormal"/>
    <w:uiPriority w:val="67"/>
    <w:rsid w:val="00CB0664"/>
    <w:tblPr>
      <w:tblStyleRowBandSize w:val="1"/>
      <w:tblStyleColBandSize w:val="1"/>
      <w:tblBorders>
        <w:top w:val="single" w:sz="8" w:space="0" w:color="7BA0CD"/>
        <w:left w:val="single" w:sz="8" w:space="0" w:color="7BA0CD"/>
        <w:bottom w:val="single" w:sz="8" w:space="0" w:color="7BA0CD"/>
        <w:right w:val="single" w:sz="8" w:space="0" w:color="7BA0CD"/>
        <w:insideH w:val="single" w:sz="8" w:space="0" w:color="7BA0CD"/>
        <w:insideV w:val="single" w:sz="8" w:space="0" w:color="7BA0CD"/>
      </w:tblBorders>
    </w:tblPr>
    <w:tcPr>
      <w:shd w:val="clear" w:color="auto" w:fill="D3DFEE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/>
      </w:tcPr>
    </w:tblStylePr>
    <w:tblStylePr w:type="band1Horz">
      <w:tblPr/>
      <w:tcPr>
        <w:shd w:val="clear" w:color="auto" w:fill="A7BFDE"/>
      </w:tcPr>
    </w:tblStylePr>
  </w:style>
  <w:style w:type="table" w:styleId="MediumGrid1-Accent2">
    <w:name w:val="Medium Grid 1 Accent 2"/>
    <w:basedOn w:val="TableNormal"/>
    <w:uiPriority w:val="67"/>
    <w:rsid w:val="00CB0664"/>
    <w:tblPr>
      <w:tblStyleRowBandSize w:val="1"/>
      <w:tblStyleColBandSize w:val="1"/>
      <w:tblBorders>
        <w:top w:val="single" w:sz="8" w:space="0" w:color="CF7B79"/>
        <w:left w:val="single" w:sz="8" w:space="0" w:color="CF7B79"/>
        <w:bottom w:val="single" w:sz="8" w:space="0" w:color="CF7B79"/>
        <w:right w:val="single" w:sz="8" w:space="0" w:color="CF7B79"/>
        <w:insideH w:val="single" w:sz="8" w:space="0" w:color="CF7B79"/>
        <w:insideV w:val="single" w:sz="8" w:space="0" w:color="CF7B79"/>
      </w:tblBorders>
    </w:tblPr>
    <w:tcPr>
      <w:shd w:val="clear" w:color="auto" w:fill="EFD3D2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/>
      </w:tcPr>
    </w:tblStylePr>
    <w:tblStylePr w:type="band1Horz">
      <w:tblPr/>
      <w:tcPr>
        <w:shd w:val="clear" w:color="auto" w:fill="DFA7A6"/>
      </w:tcPr>
    </w:tblStylePr>
  </w:style>
  <w:style w:type="table" w:styleId="MediumGrid1-Accent3">
    <w:name w:val="Medium Grid 1 Accent 3"/>
    <w:basedOn w:val="TableNormal"/>
    <w:uiPriority w:val="67"/>
    <w:rsid w:val="00CB0664"/>
    <w:tblPr>
      <w:tblStyleRowBandSize w:val="1"/>
      <w:tblStyleColBandSize w:val="1"/>
      <w:tblBorders>
        <w:top w:val="single" w:sz="8" w:space="0" w:color="B3CC82"/>
        <w:left w:val="single" w:sz="8" w:space="0" w:color="B3CC82"/>
        <w:bottom w:val="single" w:sz="8" w:space="0" w:color="B3CC82"/>
        <w:right w:val="single" w:sz="8" w:space="0" w:color="B3CC82"/>
        <w:insideH w:val="single" w:sz="8" w:space="0" w:color="B3CC82"/>
        <w:insideV w:val="single" w:sz="8" w:space="0" w:color="B3CC82"/>
      </w:tblBorders>
    </w:tblPr>
    <w:tcPr>
      <w:shd w:val="clear" w:color="auto" w:fill="E6EED5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/>
      </w:tcPr>
    </w:tblStylePr>
    <w:tblStylePr w:type="band1Horz">
      <w:tblPr/>
      <w:tcPr>
        <w:shd w:val="clear" w:color="auto" w:fill="CDDDAC"/>
      </w:tcPr>
    </w:tblStylePr>
  </w:style>
  <w:style w:type="table" w:styleId="MediumGrid1-Accent4">
    <w:name w:val="Medium Grid 1 Accent 4"/>
    <w:basedOn w:val="TableNormal"/>
    <w:uiPriority w:val="67"/>
    <w:rsid w:val="00CB0664"/>
    <w:tblPr>
      <w:tblStyleRowBandSize w:val="1"/>
      <w:tblStyleColBandSize w:val="1"/>
      <w:tblBorders>
        <w:top w:val="single" w:sz="8" w:space="0" w:color="9F8AB9"/>
        <w:left w:val="single" w:sz="8" w:space="0" w:color="9F8AB9"/>
        <w:bottom w:val="single" w:sz="8" w:space="0" w:color="9F8AB9"/>
        <w:right w:val="single" w:sz="8" w:space="0" w:color="9F8AB9"/>
        <w:insideH w:val="single" w:sz="8" w:space="0" w:color="9F8AB9"/>
        <w:insideV w:val="single" w:sz="8" w:space="0" w:color="9F8AB9"/>
      </w:tblBorders>
    </w:tblPr>
    <w:tcPr>
      <w:shd w:val="clear" w:color="auto" w:fill="DFD8E8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/>
      </w:tcPr>
    </w:tblStylePr>
    <w:tblStylePr w:type="band1Horz">
      <w:tblPr/>
      <w:tcPr>
        <w:shd w:val="clear" w:color="auto" w:fill="BFB1D0"/>
      </w:tcPr>
    </w:tblStylePr>
  </w:style>
  <w:style w:type="table" w:styleId="MediumGrid1-Accent5">
    <w:name w:val="Medium Grid 1 Accent 5"/>
    <w:basedOn w:val="TableNormal"/>
    <w:uiPriority w:val="67"/>
    <w:rsid w:val="00CB0664"/>
    <w:tblPr>
      <w:tblStyleRowBandSize w:val="1"/>
      <w:tblStyleColBandSize w:val="1"/>
      <w:tblBorders>
        <w:top w:val="single" w:sz="8" w:space="0" w:color="78C0D4"/>
        <w:left w:val="single" w:sz="8" w:space="0" w:color="78C0D4"/>
        <w:bottom w:val="single" w:sz="8" w:space="0" w:color="78C0D4"/>
        <w:right w:val="single" w:sz="8" w:space="0" w:color="78C0D4"/>
        <w:insideH w:val="single" w:sz="8" w:space="0" w:color="78C0D4"/>
        <w:insideV w:val="single" w:sz="8" w:space="0" w:color="78C0D4"/>
      </w:tblBorders>
    </w:tblPr>
    <w:tcPr>
      <w:shd w:val="clear" w:color="auto" w:fill="D2EAF1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/>
      </w:tcPr>
    </w:tblStylePr>
    <w:tblStylePr w:type="band1Horz">
      <w:tblPr/>
      <w:tcPr>
        <w:shd w:val="clear" w:color="auto" w:fill="A5D5E2"/>
      </w:tcPr>
    </w:tblStylePr>
  </w:style>
  <w:style w:type="table" w:styleId="MediumGrid1-Accent6">
    <w:name w:val="Medium Grid 1 Accent 6"/>
    <w:basedOn w:val="TableNormal"/>
    <w:uiPriority w:val="67"/>
    <w:rsid w:val="00CB0664"/>
    <w:tblPr>
      <w:tblStyleRowBandSize w:val="1"/>
      <w:tblStyleColBandSize w:val="1"/>
      <w:tblBorders>
        <w:top w:val="single" w:sz="8" w:space="0" w:color="F9B074"/>
        <w:left w:val="single" w:sz="8" w:space="0" w:color="F9B074"/>
        <w:bottom w:val="single" w:sz="8" w:space="0" w:color="F9B074"/>
        <w:right w:val="single" w:sz="8" w:space="0" w:color="F9B074"/>
        <w:insideH w:val="single" w:sz="8" w:space="0" w:color="F9B074"/>
        <w:insideV w:val="single" w:sz="8" w:space="0" w:color="F9B074"/>
      </w:tblBorders>
    </w:tblPr>
    <w:tcPr>
      <w:shd w:val="clear" w:color="auto" w:fill="FDE4D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/>
      </w:tcPr>
    </w:tblStylePr>
    <w:tblStylePr w:type="band1Horz">
      <w:tblPr/>
      <w:tcPr>
        <w:shd w:val="clear" w:color="auto" w:fill="FBCAA2"/>
      </w:tcPr>
    </w:tblStylePr>
  </w:style>
  <w:style w:type="table" w:styleId="MediumGrid2">
    <w:name w:val="Medium Grid 2"/>
    <w:basedOn w:val="TableNormal"/>
    <w:uiPriority w:val="68"/>
    <w:rsid w:val="00CB0664"/>
    <w:rPr>
      <w:rFonts w:ascii="Calibri" w:eastAsia="MS Gothic" w:hAnsi="Calibri" w:cs="Angsana New"/>
      <w:color w:val="000000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</w:tblPr>
    <w:tcPr>
      <w:shd w:val="clear" w:color="auto" w:fill="C0C0C0"/>
    </w:tcPr>
    <w:tblStylePr w:type="firstRow">
      <w:rPr>
        <w:b/>
        <w:bCs/>
        <w:color w:val="000000"/>
      </w:rPr>
      <w:tblPr/>
      <w:tcPr>
        <w:shd w:val="clear" w:color="auto" w:fill="E6E6E6"/>
      </w:tcPr>
    </w:tblStylePr>
    <w:tblStylePr w:type="lastRow">
      <w:rPr>
        <w:b/>
        <w:bCs/>
        <w:color w:val="000000"/>
      </w:rPr>
      <w:tblPr/>
      <w:tcPr>
        <w:tcBorders>
          <w:top w:val="single" w:sz="12" w:space="0" w:color="00000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Col">
      <w:rPr>
        <w:b w:val="0"/>
        <w:bCs w:val="0"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/>
      </w:tcPr>
    </w:tblStylePr>
    <w:tblStylePr w:type="band1Vert">
      <w:tblPr/>
      <w:tcPr>
        <w:shd w:val="clear" w:color="auto" w:fill="808080"/>
      </w:tcPr>
    </w:tblStylePr>
    <w:tblStylePr w:type="band1Horz">
      <w:tblPr/>
      <w:tcPr>
        <w:tcBorders>
          <w:insideH w:val="single" w:sz="6" w:space="0" w:color="000000"/>
          <w:insideV w:val="single" w:sz="6" w:space="0" w:color="000000"/>
        </w:tcBorders>
        <w:shd w:val="clear" w:color="auto" w:fill="808080"/>
      </w:tcPr>
    </w:tblStylePr>
    <w:tblStylePr w:type="nwCell">
      <w:tblPr/>
      <w:tcPr>
        <w:shd w:val="clear" w:color="auto" w:fill="FFFFFF"/>
      </w:tcPr>
    </w:tblStylePr>
  </w:style>
  <w:style w:type="table" w:styleId="MediumGrid2-Accent1">
    <w:name w:val="Medium Grid 2 Accent 1"/>
    <w:basedOn w:val="TableNormal"/>
    <w:uiPriority w:val="68"/>
    <w:rsid w:val="00CB0664"/>
    <w:rPr>
      <w:rFonts w:ascii="Calibri" w:eastAsia="MS Gothic" w:hAnsi="Calibri" w:cs="Angsana New"/>
      <w:color w:val="000000"/>
    </w:rPr>
    <w:tblPr>
      <w:tblStyleRowBandSize w:val="1"/>
      <w:tblStyleColBandSize w:val="1"/>
      <w:tblBorders>
        <w:top w:val="single" w:sz="8" w:space="0" w:color="4F81BD"/>
        <w:left w:val="single" w:sz="8" w:space="0" w:color="4F81BD"/>
        <w:bottom w:val="single" w:sz="8" w:space="0" w:color="4F81BD"/>
        <w:right w:val="single" w:sz="8" w:space="0" w:color="4F81BD"/>
        <w:insideH w:val="single" w:sz="8" w:space="0" w:color="4F81BD"/>
        <w:insideV w:val="single" w:sz="8" w:space="0" w:color="4F81BD"/>
      </w:tblBorders>
    </w:tblPr>
    <w:tcPr>
      <w:shd w:val="clear" w:color="auto" w:fill="D3DFEE"/>
    </w:tcPr>
    <w:tblStylePr w:type="firstRow">
      <w:rPr>
        <w:b/>
        <w:bCs/>
        <w:color w:val="000000"/>
      </w:rPr>
      <w:tblPr/>
      <w:tcPr>
        <w:shd w:val="clear" w:color="auto" w:fill="EDF2F8"/>
      </w:tcPr>
    </w:tblStylePr>
    <w:tblStylePr w:type="lastRow">
      <w:rPr>
        <w:b/>
        <w:bCs/>
        <w:color w:val="000000"/>
      </w:rPr>
      <w:tblPr/>
      <w:tcPr>
        <w:tcBorders>
          <w:top w:val="single" w:sz="12" w:space="0" w:color="00000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Col">
      <w:rPr>
        <w:b w:val="0"/>
        <w:bCs w:val="0"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/>
      </w:tcPr>
    </w:tblStylePr>
    <w:tblStylePr w:type="band1Vert">
      <w:tblPr/>
      <w:tcPr>
        <w:shd w:val="clear" w:color="auto" w:fill="A7BFDE"/>
      </w:tcPr>
    </w:tblStylePr>
    <w:tblStylePr w:type="band1Horz">
      <w:tblPr/>
      <w:tcPr>
        <w:tcBorders>
          <w:insideH w:val="single" w:sz="6" w:space="0" w:color="4F81BD"/>
          <w:insideV w:val="single" w:sz="6" w:space="0" w:color="4F81BD"/>
        </w:tcBorders>
        <w:shd w:val="clear" w:color="auto" w:fill="A7BFDE"/>
      </w:tcPr>
    </w:tblStylePr>
    <w:tblStylePr w:type="nwCell">
      <w:tblPr/>
      <w:tcPr>
        <w:shd w:val="clear" w:color="auto" w:fill="FFFFFF"/>
      </w:tcPr>
    </w:tblStylePr>
  </w:style>
  <w:style w:type="table" w:styleId="MediumGrid2-Accent2">
    <w:name w:val="Medium Grid 2 Accent 2"/>
    <w:basedOn w:val="TableNormal"/>
    <w:uiPriority w:val="68"/>
    <w:rsid w:val="00CB0664"/>
    <w:rPr>
      <w:rFonts w:ascii="Calibri" w:eastAsia="MS Gothic" w:hAnsi="Calibri" w:cs="Angsana New"/>
      <w:color w:val="000000"/>
    </w:rPr>
    <w:tblPr>
      <w:tblStyleRowBandSize w:val="1"/>
      <w:tblStyleColBandSize w:val="1"/>
      <w:tblBorders>
        <w:top w:val="single" w:sz="8" w:space="0" w:color="C0504D"/>
        <w:left w:val="single" w:sz="8" w:space="0" w:color="C0504D"/>
        <w:bottom w:val="single" w:sz="8" w:space="0" w:color="C0504D"/>
        <w:right w:val="single" w:sz="8" w:space="0" w:color="C0504D"/>
        <w:insideH w:val="single" w:sz="8" w:space="0" w:color="C0504D"/>
        <w:insideV w:val="single" w:sz="8" w:space="0" w:color="C0504D"/>
      </w:tblBorders>
    </w:tblPr>
    <w:tcPr>
      <w:shd w:val="clear" w:color="auto" w:fill="EFD3D2"/>
    </w:tcPr>
    <w:tblStylePr w:type="firstRow">
      <w:rPr>
        <w:b/>
        <w:bCs/>
        <w:color w:val="000000"/>
      </w:rPr>
      <w:tblPr/>
      <w:tcPr>
        <w:shd w:val="clear" w:color="auto" w:fill="F8EDED"/>
      </w:tcPr>
    </w:tblStylePr>
    <w:tblStylePr w:type="lastRow">
      <w:rPr>
        <w:b/>
        <w:bCs/>
        <w:color w:val="000000"/>
      </w:rPr>
      <w:tblPr/>
      <w:tcPr>
        <w:tcBorders>
          <w:top w:val="single" w:sz="12" w:space="0" w:color="00000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Col">
      <w:rPr>
        <w:b w:val="0"/>
        <w:bCs w:val="0"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/>
      </w:tcPr>
    </w:tblStylePr>
    <w:tblStylePr w:type="band1Vert">
      <w:tblPr/>
      <w:tcPr>
        <w:shd w:val="clear" w:color="auto" w:fill="DFA7A6"/>
      </w:tcPr>
    </w:tblStylePr>
    <w:tblStylePr w:type="band1Horz">
      <w:tblPr/>
      <w:tcPr>
        <w:tcBorders>
          <w:insideH w:val="single" w:sz="6" w:space="0" w:color="C0504D"/>
          <w:insideV w:val="single" w:sz="6" w:space="0" w:color="C0504D"/>
        </w:tcBorders>
        <w:shd w:val="clear" w:color="auto" w:fill="DFA7A6"/>
      </w:tcPr>
    </w:tblStylePr>
    <w:tblStylePr w:type="nwCell">
      <w:tblPr/>
      <w:tcPr>
        <w:shd w:val="clear" w:color="auto" w:fill="FFFFFF"/>
      </w:tcPr>
    </w:tblStylePr>
  </w:style>
  <w:style w:type="table" w:styleId="MediumGrid2-Accent3">
    <w:name w:val="Medium Grid 2 Accent 3"/>
    <w:basedOn w:val="TableNormal"/>
    <w:uiPriority w:val="68"/>
    <w:rsid w:val="00CB0664"/>
    <w:rPr>
      <w:rFonts w:ascii="Calibri" w:eastAsia="MS Gothic" w:hAnsi="Calibri" w:cs="Angsana New"/>
      <w:color w:val="000000"/>
    </w:rPr>
    <w:tblPr>
      <w:tblStyleRowBandSize w:val="1"/>
      <w:tblStyleColBandSize w:val="1"/>
      <w:tblBorders>
        <w:top w:val="single" w:sz="8" w:space="0" w:color="9BBB59"/>
        <w:left w:val="single" w:sz="8" w:space="0" w:color="9BBB59"/>
        <w:bottom w:val="single" w:sz="8" w:space="0" w:color="9BBB59"/>
        <w:right w:val="single" w:sz="8" w:space="0" w:color="9BBB59"/>
        <w:insideH w:val="single" w:sz="8" w:space="0" w:color="9BBB59"/>
        <w:insideV w:val="single" w:sz="8" w:space="0" w:color="9BBB59"/>
      </w:tblBorders>
    </w:tblPr>
    <w:tcPr>
      <w:shd w:val="clear" w:color="auto" w:fill="E6EED5"/>
    </w:tcPr>
    <w:tblStylePr w:type="firstRow">
      <w:rPr>
        <w:b/>
        <w:bCs/>
        <w:color w:val="000000"/>
      </w:rPr>
      <w:tblPr/>
      <w:tcPr>
        <w:shd w:val="clear" w:color="auto" w:fill="F5F8EE"/>
      </w:tcPr>
    </w:tblStylePr>
    <w:tblStylePr w:type="lastRow">
      <w:rPr>
        <w:b/>
        <w:bCs/>
        <w:color w:val="000000"/>
      </w:rPr>
      <w:tblPr/>
      <w:tcPr>
        <w:tcBorders>
          <w:top w:val="single" w:sz="12" w:space="0" w:color="00000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Col">
      <w:rPr>
        <w:b w:val="0"/>
        <w:bCs w:val="0"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/>
      </w:tcPr>
    </w:tblStylePr>
    <w:tblStylePr w:type="band1Vert">
      <w:tblPr/>
      <w:tcPr>
        <w:shd w:val="clear" w:color="auto" w:fill="CDDDAC"/>
      </w:tcPr>
    </w:tblStylePr>
    <w:tblStylePr w:type="band1Horz">
      <w:tblPr/>
      <w:tcPr>
        <w:tcBorders>
          <w:insideH w:val="single" w:sz="6" w:space="0" w:color="9BBB59"/>
          <w:insideV w:val="single" w:sz="6" w:space="0" w:color="9BBB59"/>
        </w:tcBorders>
        <w:shd w:val="clear" w:color="auto" w:fill="CDDDAC"/>
      </w:tcPr>
    </w:tblStylePr>
    <w:tblStylePr w:type="nwCell">
      <w:tblPr/>
      <w:tcPr>
        <w:shd w:val="clear" w:color="auto" w:fill="FFFFFF"/>
      </w:tcPr>
    </w:tblStylePr>
  </w:style>
  <w:style w:type="table" w:styleId="MediumGrid2-Accent4">
    <w:name w:val="Medium Grid 2 Accent 4"/>
    <w:basedOn w:val="TableNormal"/>
    <w:uiPriority w:val="68"/>
    <w:rsid w:val="00CB0664"/>
    <w:rPr>
      <w:rFonts w:ascii="Calibri" w:eastAsia="MS Gothic" w:hAnsi="Calibri" w:cs="Angsana New"/>
      <w:color w:val="000000"/>
    </w:rPr>
    <w:tblPr>
      <w:tblStyleRowBandSize w:val="1"/>
      <w:tblStyleColBandSize w:val="1"/>
      <w:tblBorders>
        <w:top w:val="single" w:sz="8" w:space="0" w:color="8064A2"/>
        <w:left w:val="single" w:sz="8" w:space="0" w:color="8064A2"/>
        <w:bottom w:val="single" w:sz="8" w:space="0" w:color="8064A2"/>
        <w:right w:val="single" w:sz="8" w:space="0" w:color="8064A2"/>
        <w:insideH w:val="single" w:sz="8" w:space="0" w:color="8064A2"/>
        <w:insideV w:val="single" w:sz="8" w:space="0" w:color="8064A2"/>
      </w:tblBorders>
    </w:tblPr>
    <w:tcPr>
      <w:shd w:val="clear" w:color="auto" w:fill="DFD8E8"/>
    </w:tcPr>
    <w:tblStylePr w:type="firstRow">
      <w:rPr>
        <w:b/>
        <w:bCs/>
        <w:color w:val="000000"/>
      </w:rPr>
      <w:tblPr/>
      <w:tcPr>
        <w:shd w:val="clear" w:color="auto" w:fill="F2EFF6"/>
      </w:tcPr>
    </w:tblStylePr>
    <w:tblStylePr w:type="lastRow">
      <w:rPr>
        <w:b/>
        <w:bCs/>
        <w:color w:val="000000"/>
      </w:rPr>
      <w:tblPr/>
      <w:tcPr>
        <w:tcBorders>
          <w:top w:val="single" w:sz="12" w:space="0" w:color="00000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Col">
      <w:rPr>
        <w:b w:val="0"/>
        <w:bCs w:val="0"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/>
      </w:tcPr>
    </w:tblStylePr>
    <w:tblStylePr w:type="band1Vert">
      <w:tblPr/>
      <w:tcPr>
        <w:shd w:val="clear" w:color="auto" w:fill="BFB1D0"/>
      </w:tcPr>
    </w:tblStylePr>
    <w:tblStylePr w:type="band1Horz">
      <w:tblPr/>
      <w:tcPr>
        <w:tcBorders>
          <w:insideH w:val="single" w:sz="6" w:space="0" w:color="8064A2"/>
          <w:insideV w:val="single" w:sz="6" w:space="0" w:color="8064A2"/>
        </w:tcBorders>
        <w:shd w:val="clear" w:color="auto" w:fill="BFB1D0"/>
      </w:tcPr>
    </w:tblStylePr>
    <w:tblStylePr w:type="nwCell">
      <w:tblPr/>
      <w:tcPr>
        <w:shd w:val="clear" w:color="auto" w:fill="FFFFFF"/>
      </w:tcPr>
    </w:tblStylePr>
  </w:style>
  <w:style w:type="table" w:styleId="MediumGrid2-Accent5">
    <w:name w:val="Medium Grid 2 Accent 5"/>
    <w:basedOn w:val="TableNormal"/>
    <w:uiPriority w:val="68"/>
    <w:rsid w:val="00CB0664"/>
    <w:rPr>
      <w:rFonts w:ascii="Calibri" w:eastAsia="MS Gothic" w:hAnsi="Calibri" w:cs="Angsana New"/>
      <w:color w:val="000000"/>
    </w:rPr>
    <w:tblPr>
      <w:tblStyleRowBandSize w:val="1"/>
      <w:tblStyleColBandSize w:val="1"/>
      <w:tblBorders>
        <w:top w:val="single" w:sz="8" w:space="0" w:color="4BACC6"/>
        <w:left w:val="single" w:sz="8" w:space="0" w:color="4BACC6"/>
        <w:bottom w:val="single" w:sz="8" w:space="0" w:color="4BACC6"/>
        <w:right w:val="single" w:sz="8" w:space="0" w:color="4BACC6"/>
        <w:insideH w:val="single" w:sz="8" w:space="0" w:color="4BACC6"/>
        <w:insideV w:val="single" w:sz="8" w:space="0" w:color="4BACC6"/>
      </w:tblBorders>
    </w:tblPr>
    <w:tcPr>
      <w:shd w:val="clear" w:color="auto" w:fill="D2EAF1"/>
    </w:tcPr>
    <w:tblStylePr w:type="firstRow">
      <w:rPr>
        <w:b/>
        <w:bCs/>
        <w:color w:val="000000"/>
      </w:rPr>
      <w:tblPr/>
      <w:tcPr>
        <w:shd w:val="clear" w:color="auto" w:fill="EDF6F9"/>
      </w:tcPr>
    </w:tblStylePr>
    <w:tblStylePr w:type="lastRow">
      <w:rPr>
        <w:b/>
        <w:bCs/>
        <w:color w:val="000000"/>
      </w:rPr>
      <w:tblPr/>
      <w:tcPr>
        <w:tcBorders>
          <w:top w:val="single" w:sz="12" w:space="0" w:color="00000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Col">
      <w:rPr>
        <w:b w:val="0"/>
        <w:bCs w:val="0"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/>
      </w:tcPr>
    </w:tblStylePr>
    <w:tblStylePr w:type="band1Vert">
      <w:tblPr/>
      <w:tcPr>
        <w:shd w:val="clear" w:color="auto" w:fill="A5D5E2"/>
      </w:tcPr>
    </w:tblStylePr>
    <w:tblStylePr w:type="band1Horz">
      <w:tblPr/>
      <w:tcPr>
        <w:tcBorders>
          <w:insideH w:val="single" w:sz="6" w:space="0" w:color="4BACC6"/>
          <w:insideV w:val="single" w:sz="6" w:space="0" w:color="4BACC6"/>
        </w:tcBorders>
        <w:shd w:val="clear" w:color="auto" w:fill="A5D5E2"/>
      </w:tcPr>
    </w:tblStylePr>
    <w:tblStylePr w:type="nwCell">
      <w:tblPr/>
      <w:tcPr>
        <w:shd w:val="clear" w:color="auto" w:fill="FFFFFF"/>
      </w:tcPr>
    </w:tblStylePr>
  </w:style>
  <w:style w:type="table" w:styleId="MediumGrid2-Accent6">
    <w:name w:val="Medium Grid 2 Accent 6"/>
    <w:basedOn w:val="TableNormal"/>
    <w:uiPriority w:val="68"/>
    <w:rsid w:val="00CB0664"/>
    <w:rPr>
      <w:rFonts w:ascii="Calibri" w:eastAsia="MS Gothic" w:hAnsi="Calibri" w:cs="Angsana New"/>
      <w:color w:val="000000"/>
    </w:rPr>
    <w:tblPr>
      <w:tblStyleRowBandSize w:val="1"/>
      <w:tblStyleColBandSize w:val="1"/>
      <w:tblBorders>
        <w:top w:val="single" w:sz="8" w:space="0" w:color="F79646"/>
        <w:left w:val="single" w:sz="8" w:space="0" w:color="F79646"/>
        <w:bottom w:val="single" w:sz="8" w:space="0" w:color="F79646"/>
        <w:right w:val="single" w:sz="8" w:space="0" w:color="F79646"/>
        <w:insideH w:val="single" w:sz="8" w:space="0" w:color="F79646"/>
        <w:insideV w:val="single" w:sz="8" w:space="0" w:color="F79646"/>
      </w:tblBorders>
    </w:tblPr>
    <w:tcPr>
      <w:shd w:val="clear" w:color="auto" w:fill="FDE4D0"/>
    </w:tcPr>
    <w:tblStylePr w:type="firstRow">
      <w:rPr>
        <w:b/>
        <w:bCs/>
        <w:color w:val="000000"/>
      </w:rPr>
      <w:tblPr/>
      <w:tcPr>
        <w:shd w:val="clear" w:color="auto" w:fill="FEF4EC"/>
      </w:tcPr>
    </w:tblStylePr>
    <w:tblStylePr w:type="lastRow">
      <w:rPr>
        <w:b/>
        <w:bCs/>
        <w:color w:val="000000"/>
      </w:rPr>
      <w:tblPr/>
      <w:tcPr>
        <w:tcBorders>
          <w:top w:val="single" w:sz="12" w:space="0" w:color="00000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Col">
      <w:rPr>
        <w:b w:val="0"/>
        <w:bCs w:val="0"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/>
      </w:tcPr>
    </w:tblStylePr>
    <w:tblStylePr w:type="band1Vert">
      <w:tblPr/>
      <w:tcPr>
        <w:shd w:val="clear" w:color="auto" w:fill="FBCAA2"/>
      </w:tcPr>
    </w:tblStylePr>
    <w:tblStylePr w:type="band1Horz">
      <w:tblPr/>
      <w:tcPr>
        <w:tcBorders>
          <w:insideH w:val="single" w:sz="6" w:space="0" w:color="F79646"/>
          <w:insideV w:val="single" w:sz="6" w:space="0" w:color="F79646"/>
        </w:tcBorders>
        <w:shd w:val="clear" w:color="auto" w:fill="FBCAA2"/>
      </w:tcPr>
    </w:tblStylePr>
    <w:tblStylePr w:type="nwCell">
      <w:tblPr/>
      <w:tcPr>
        <w:shd w:val="clear" w:color="auto" w:fill="FFFFFF"/>
      </w:tcPr>
    </w:tblStylePr>
  </w:style>
  <w:style w:type="table" w:styleId="MediumGrid3">
    <w:name w:val="Medium Grid 3"/>
    <w:basedOn w:val="TableNormal"/>
    <w:uiPriority w:val="69"/>
    <w:rsid w:val="00CB0664"/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C0C0C0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000000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000000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000000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000000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808080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808080"/>
      </w:tcPr>
    </w:tblStylePr>
  </w:style>
  <w:style w:type="table" w:styleId="MediumGrid3-Accent1">
    <w:name w:val="Medium Grid 3 Accent 1"/>
    <w:basedOn w:val="TableNormal"/>
    <w:uiPriority w:val="69"/>
    <w:rsid w:val="00CB0664"/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D3DFEE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F81BD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F81BD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4F81BD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4F81BD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A7BFDE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A7BFDE"/>
      </w:tcPr>
    </w:tblStylePr>
  </w:style>
  <w:style w:type="table" w:styleId="MediumGrid3-Accent2">
    <w:name w:val="Medium Grid 3 Accent 2"/>
    <w:basedOn w:val="TableNormal"/>
    <w:uiPriority w:val="69"/>
    <w:rsid w:val="00CB0664"/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EFD3D2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C0504D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C0504D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C0504D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C0504D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DFA7A6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DFA7A6"/>
      </w:tcPr>
    </w:tblStylePr>
  </w:style>
  <w:style w:type="table" w:styleId="MediumGrid3-Accent3">
    <w:name w:val="Medium Grid 3 Accent 3"/>
    <w:basedOn w:val="TableNormal"/>
    <w:uiPriority w:val="69"/>
    <w:rsid w:val="00CB0664"/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E6EED5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9BBB59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9BBB59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9BBB59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9BBB59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CDDDAC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CDDDAC"/>
      </w:tcPr>
    </w:tblStylePr>
  </w:style>
  <w:style w:type="table" w:styleId="MediumGrid3-Accent4">
    <w:name w:val="Medium Grid 3 Accent 4"/>
    <w:basedOn w:val="TableNormal"/>
    <w:uiPriority w:val="69"/>
    <w:rsid w:val="00CB0664"/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DFD8E8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8064A2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8064A2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8064A2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8064A2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BFB1D0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BFB1D0"/>
      </w:tcPr>
    </w:tblStylePr>
  </w:style>
  <w:style w:type="table" w:styleId="MediumGrid3-Accent5">
    <w:name w:val="Medium Grid 3 Accent 5"/>
    <w:basedOn w:val="TableNormal"/>
    <w:uiPriority w:val="69"/>
    <w:rsid w:val="00CB0664"/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D2EAF1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BACC6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BACC6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4BACC6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A5D5E2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A5D5E2"/>
      </w:tcPr>
    </w:tblStylePr>
  </w:style>
  <w:style w:type="table" w:styleId="MediumGrid3-Accent6">
    <w:name w:val="Medium Grid 3 Accent 6"/>
    <w:basedOn w:val="TableNormal"/>
    <w:uiPriority w:val="69"/>
    <w:rsid w:val="00CB0664"/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FDE4D0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F79646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F79646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F79646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F79646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FBCAA2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FBCAA2"/>
      </w:tcPr>
    </w:tblStylePr>
  </w:style>
  <w:style w:type="table" w:styleId="DarkList">
    <w:name w:val="Dark List"/>
    <w:basedOn w:val="TableNormal"/>
    <w:uiPriority w:val="70"/>
    <w:rsid w:val="00CB0664"/>
    <w:rPr>
      <w:color w:val="FFFFFF"/>
    </w:rPr>
    <w:tblPr>
      <w:tblStyleRowBandSize w:val="1"/>
      <w:tblStyleColBandSize w:val="1"/>
    </w:tblPr>
    <w:tcPr>
      <w:shd w:val="clear" w:color="auto" w:fill="000000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cPr>
        <w:tcBorders>
          <w:top w:val="single" w:sz="18" w:space="0" w:color="FFFFFF"/>
          <w:left w:val="nil"/>
          <w:bottom w:val="nil"/>
          <w:right w:val="nil"/>
          <w:insideH w:val="nil"/>
          <w:insideV w:val="nil"/>
        </w:tcBorders>
        <w:shd w:val="clear" w:color="auto" w:fill="000000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/>
          <w:insideH w:val="nil"/>
          <w:insideV w:val="nil"/>
        </w:tcBorders>
        <w:shd w:val="clear" w:color="auto" w:fill="000000"/>
      </w:tcPr>
    </w:tblStylePr>
    <w:tblStylePr w:type="lastCol">
      <w:tblPr/>
      <w:tcPr>
        <w:tcBorders>
          <w:top w:val="nil"/>
          <w:left w:val="single" w:sz="18" w:space="0" w:color="FFFFFF"/>
          <w:bottom w:val="nil"/>
          <w:right w:val="nil"/>
          <w:insideH w:val="nil"/>
          <w:insideV w:val="nil"/>
        </w:tcBorders>
        <w:shd w:val="clear" w:color="auto" w:fill="000000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/>
      </w:tcPr>
    </w:tblStylePr>
  </w:style>
  <w:style w:type="table" w:styleId="DarkList-Accent1">
    <w:name w:val="Dark List Accent 1"/>
    <w:basedOn w:val="TableNormal"/>
    <w:uiPriority w:val="70"/>
    <w:rsid w:val="00CB0664"/>
    <w:rPr>
      <w:color w:val="FFFFFF"/>
    </w:rPr>
    <w:tblPr>
      <w:tblStyleRowBandSize w:val="1"/>
      <w:tblStyleColBandSize w:val="1"/>
    </w:tblPr>
    <w:tcPr>
      <w:shd w:val="clear" w:color="auto" w:fill="4F81BD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cPr>
        <w:tcBorders>
          <w:top w:val="single" w:sz="18" w:space="0" w:color="FFFFFF"/>
          <w:left w:val="nil"/>
          <w:bottom w:val="nil"/>
          <w:right w:val="nil"/>
          <w:insideH w:val="nil"/>
          <w:insideV w:val="nil"/>
        </w:tcBorders>
        <w:shd w:val="clear" w:color="auto" w:fill="243F60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/>
          <w:insideH w:val="nil"/>
          <w:insideV w:val="nil"/>
        </w:tcBorders>
        <w:shd w:val="clear" w:color="auto" w:fill="365F91"/>
      </w:tcPr>
    </w:tblStylePr>
    <w:tblStylePr w:type="lastCol">
      <w:tblPr/>
      <w:tcPr>
        <w:tcBorders>
          <w:top w:val="nil"/>
          <w:left w:val="single" w:sz="18" w:space="0" w:color="FFFFFF"/>
          <w:bottom w:val="nil"/>
          <w:right w:val="nil"/>
          <w:insideH w:val="nil"/>
          <w:insideV w:val="nil"/>
        </w:tcBorders>
        <w:shd w:val="clear" w:color="auto" w:fill="365F91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/>
      </w:tcPr>
    </w:tblStylePr>
  </w:style>
  <w:style w:type="table" w:styleId="DarkList-Accent2">
    <w:name w:val="Dark List Accent 2"/>
    <w:basedOn w:val="TableNormal"/>
    <w:uiPriority w:val="70"/>
    <w:rsid w:val="00CB0664"/>
    <w:rPr>
      <w:color w:val="FFFFFF"/>
    </w:rPr>
    <w:tblPr>
      <w:tblStyleRowBandSize w:val="1"/>
      <w:tblStyleColBandSize w:val="1"/>
    </w:tblPr>
    <w:tcPr>
      <w:shd w:val="clear" w:color="auto" w:fill="C0504D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cPr>
        <w:tcBorders>
          <w:top w:val="single" w:sz="18" w:space="0" w:color="FFFFFF"/>
          <w:left w:val="nil"/>
          <w:bottom w:val="nil"/>
          <w:right w:val="nil"/>
          <w:insideH w:val="nil"/>
          <w:insideV w:val="nil"/>
        </w:tcBorders>
        <w:shd w:val="clear" w:color="auto" w:fill="622423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/>
          <w:insideH w:val="nil"/>
          <w:insideV w:val="nil"/>
        </w:tcBorders>
        <w:shd w:val="clear" w:color="auto" w:fill="943634"/>
      </w:tcPr>
    </w:tblStylePr>
    <w:tblStylePr w:type="lastCol">
      <w:tblPr/>
      <w:tcPr>
        <w:tcBorders>
          <w:top w:val="nil"/>
          <w:left w:val="single" w:sz="18" w:space="0" w:color="FFFFFF"/>
          <w:bottom w:val="nil"/>
          <w:right w:val="nil"/>
          <w:insideH w:val="nil"/>
          <w:insideV w:val="nil"/>
        </w:tcBorders>
        <w:shd w:val="clear" w:color="auto" w:fill="943634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/>
      </w:tcPr>
    </w:tblStylePr>
  </w:style>
  <w:style w:type="table" w:styleId="DarkList-Accent3">
    <w:name w:val="Dark List Accent 3"/>
    <w:basedOn w:val="TableNormal"/>
    <w:uiPriority w:val="70"/>
    <w:rsid w:val="00CB0664"/>
    <w:rPr>
      <w:color w:val="FFFFFF"/>
    </w:rPr>
    <w:tblPr>
      <w:tblStyleRowBandSize w:val="1"/>
      <w:tblStyleColBandSize w:val="1"/>
    </w:tblPr>
    <w:tcPr>
      <w:shd w:val="clear" w:color="auto" w:fill="9BBB59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cPr>
        <w:tcBorders>
          <w:top w:val="single" w:sz="18" w:space="0" w:color="FFFFFF"/>
          <w:left w:val="nil"/>
          <w:bottom w:val="nil"/>
          <w:right w:val="nil"/>
          <w:insideH w:val="nil"/>
          <w:insideV w:val="nil"/>
        </w:tcBorders>
        <w:shd w:val="clear" w:color="auto" w:fill="4E6128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/>
          <w:insideH w:val="nil"/>
          <w:insideV w:val="nil"/>
        </w:tcBorders>
        <w:shd w:val="clear" w:color="auto" w:fill="76923C"/>
      </w:tcPr>
    </w:tblStylePr>
    <w:tblStylePr w:type="lastCol">
      <w:tblPr/>
      <w:tcPr>
        <w:tcBorders>
          <w:top w:val="nil"/>
          <w:left w:val="single" w:sz="18" w:space="0" w:color="FFFFFF"/>
          <w:bottom w:val="nil"/>
          <w:right w:val="nil"/>
          <w:insideH w:val="nil"/>
          <w:insideV w:val="nil"/>
        </w:tcBorders>
        <w:shd w:val="clear" w:color="auto" w:fill="76923C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/>
      </w:tcPr>
    </w:tblStylePr>
  </w:style>
  <w:style w:type="table" w:styleId="DarkList-Accent4">
    <w:name w:val="Dark List Accent 4"/>
    <w:basedOn w:val="TableNormal"/>
    <w:uiPriority w:val="70"/>
    <w:rsid w:val="00CB0664"/>
    <w:rPr>
      <w:color w:val="FFFFFF"/>
    </w:rPr>
    <w:tblPr>
      <w:tblStyleRowBandSize w:val="1"/>
      <w:tblStyleColBandSize w:val="1"/>
    </w:tblPr>
    <w:tcPr>
      <w:shd w:val="clear" w:color="auto" w:fill="8064A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cPr>
        <w:tcBorders>
          <w:top w:val="single" w:sz="18" w:space="0" w:color="FFFFFF"/>
          <w:left w:val="nil"/>
          <w:bottom w:val="nil"/>
          <w:right w:val="nil"/>
          <w:insideH w:val="nil"/>
          <w:insideV w:val="nil"/>
        </w:tcBorders>
        <w:shd w:val="clear" w:color="auto" w:fill="3F3151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/>
          <w:insideH w:val="nil"/>
          <w:insideV w:val="nil"/>
        </w:tcBorders>
        <w:shd w:val="clear" w:color="auto" w:fill="5F497A"/>
      </w:tcPr>
    </w:tblStylePr>
    <w:tblStylePr w:type="lastCol">
      <w:tblPr/>
      <w:tcPr>
        <w:tcBorders>
          <w:top w:val="nil"/>
          <w:left w:val="single" w:sz="18" w:space="0" w:color="FFFFFF"/>
          <w:bottom w:val="nil"/>
          <w:right w:val="nil"/>
          <w:insideH w:val="nil"/>
          <w:insideV w:val="nil"/>
        </w:tcBorders>
        <w:shd w:val="clear" w:color="auto" w:fill="5F497A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/>
      </w:tcPr>
    </w:tblStylePr>
  </w:style>
  <w:style w:type="table" w:styleId="DarkList-Accent5">
    <w:name w:val="Dark List Accent 5"/>
    <w:basedOn w:val="TableNormal"/>
    <w:uiPriority w:val="70"/>
    <w:rsid w:val="00CB0664"/>
    <w:rPr>
      <w:color w:val="FFFFFF"/>
    </w:rPr>
    <w:tblPr>
      <w:tblStyleRowBandSize w:val="1"/>
      <w:tblStyleColBandSize w:val="1"/>
    </w:tblPr>
    <w:tcPr>
      <w:shd w:val="clear" w:color="auto" w:fill="4BACC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cPr>
        <w:tcBorders>
          <w:top w:val="single" w:sz="18" w:space="0" w:color="FFFFFF"/>
          <w:left w:val="nil"/>
          <w:bottom w:val="nil"/>
          <w:right w:val="nil"/>
          <w:insideH w:val="nil"/>
          <w:insideV w:val="nil"/>
        </w:tcBorders>
        <w:shd w:val="clear" w:color="auto" w:fill="205867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/>
          <w:insideH w:val="nil"/>
          <w:insideV w:val="nil"/>
        </w:tcBorders>
        <w:shd w:val="clear" w:color="auto" w:fill="31849B"/>
      </w:tcPr>
    </w:tblStylePr>
    <w:tblStylePr w:type="lastCol">
      <w:tblPr/>
      <w:tcPr>
        <w:tcBorders>
          <w:top w:val="nil"/>
          <w:left w:val="single" w:sz="18" w:space="0" w:color="FFFFFF"/>
          <w:bottom w:val="nil"/>
          <w:right w:val="nil"/>
          <w:insideH w:val="nil"/>
          <w:insideV w:val="nil"/>
        </w:tcBorders>
        <w:shd w:val="clear" w:color="auto" w:fill="31849B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/>
      </w:tcPr>
    </w:tblStylePr>
  </w:style>
  <w:style w:type="table" w:styleId="DarkList-Accent6">
    <w:name w:val="Dark List Accent 6"/>
    <w:basedOn w:val="TableNormal"/>
    <w:uiPriority w:val="70"/>
    <w:rsid w:val="00CB0664"/>
    <w:rPr>
      <w:color w:val="FFFFFF"/>
    </w:rPr>
    <w:tblPr>
      <w:tblStyleRowBandSize w:val="1"/>
      <w:tblStyleColBandSize w:val="1"/>
    </w:tblPr>
    <w:tcPr>
      <w:shd w:val="clear" w:color="auto" w:fill="F7964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cPr>
        <w:tcBorders>
          <w:top w:val="single" w:sz="18" w:space="0" w:color="FFFFFF"/>
          <w:left w:val="nil"/>
          <w:bottom w:val="nil"/>
          <w:right w:val="nil"/>
          <w:insideH w:val="nil"/>
          <w:insideV w:val="nil"/>
        </w:tcBorders>
        <w:shd w:val="clear" w:color="auto" w:fill="974706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/>
          <w:insideH w:val="nil"/>
          <w:insideV w:val="nil"/>
        </w:tcBorders>
        <w:shd w:val="clear" w:color="auto" w:fill="E36C0A"/>
      </w:tcPr>
    </w:tblStylePr>
    <w:tblStylePr w:type="lastCol">
      <w:tblPr/>
      <w:tcPr>
        <w:tcBorders>
          <w:top w:val="nil"/>
          <w:left w:val="single" w:sz="18" w:space="0" w:color="FFFFFF"/>
          <w:bottom w:val="nil"/>
          <w:right w:val="nil"/>
          <w:insideH w:val="nil"/>
          <w:insideV w:val="nil"/>
        </w:tcBorders>
        <w:shd w:val="clear" w:color="auto" w:fill="E36C0A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/>
      </w:tcPr>
    </w:tblStylePr>
  </w:style>
  <w:style w:type="table" w:styleId="ColorfulShading">
    <w:name w:val="Colorful Shading"/>
    <w:basedOn w:val="TableNormal"/>
    <w:uiPriority w:val="71"/>
    <w:rsid w:val="00CB0664"/>
    <w:rPr>
      <w:color w:val="000000"/>
    </w:rPr>
    <w:tblPr>
      <w:tblStyleRowBandSize w:val="1"/>
      <w:tblStyleColBandSize w:val="1"/>
      <w:tblBorders>
        <w:top w:val="single" w:sz="24" w:space="0" w:color="C0504D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FFFFFF"/>
        <w:insideV w:val="single" w:sz="4" w:space="0" w:color="FFFFFF"/>
      </w:tblBorders>
    </w:tblPr>
    <w:tcPr>
      <w:shd w:val="clear" w:color="auto" w:fill="E6E6E6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  <w:color w:val="FFFFFF"/>
      </w:rPr>
      <w:tblPr/>
      <w:tcPr>
        <w:tcBorders>
          <w:top w:val="single" w:sz="6" w:space="0" w:color="FFFFFF"/>
        </w:tcBorders>
        <w:shd w:val="clear" w:color="auto" w:fill="000000"/>
      </w:tcPr>
    </w:tblStylePr>
    <w:tblStylePr w:type="fir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single" w:sz="4" w:space="0" w:color="000000"/>
          <w:insideV w:val="nil"/>
        </w:tcBorders>
        <w:shd w:val="clear" w:color="auto" w:fill="000000"/>
      </w:tcPr>
    </w:tblStylePr>
    <w:tblStylePr w:type="la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/>
      </w:tcPr>
    </w:tblStylePr>
    <w:tblStylePr w:type="band1Vert">
      <w:tblPr/>
      <w:tcPr>
        <w:shd w:val="clear" w:color="auto" w:fill="999999"/>
      </w:tcPr>
    </w:tblStylePr>
    <w:tblStylePr w:type="band1Horz">
      <w:tblPr/>
      <w:tcPr>
        <w:shd w:val="clear" w:color="auto" w:fill="808080"/>
      </w:tcPr>
    </w:tblStylePr>
    <w:tblStylePr w:type="neCell">
      <w:rPr>
        <w:color w:val="000000"/>
      </w:rPr>
    </w:tblStylePr>
    <w:tblStylePr w:type="nwCell">
      <w:rPr>
        <w:color w:val="000000"/>
      </w:rPr>
    </w:tblStylePr>
  </w:style>
  <w:style w:type="table" w:styleId="ColorfulShading-Accent1">
    <w:name w:val="Colorful Shading Accent 1"/>
    <w:basedOn w:val="TableNormal"/>
    <w:uiPriority w:val="71"/>
    <w:rsid w:val="00CB0664"/>
    <w:rPr>
      <w:color w:val="000000"/>
    </w:rPr>
    <w:tblPr>
      <w:tblStyleRowBandSize w:val="1"/>
      <w:tblStyleColBandSize w:val="1"/>
      <w:tblBorders>
        <w:top w:val="single" w:sz="24" w:space="0" w:color="C0504D"/>
        <w:left w:val="single" w:sz="4" w:space="0" w:color="4F81BD"/>
        <w:bottom w:val="single" w:sz="4" w:space="0" w:color="4F81BD"/>
        <w:right w:val="single" w:sz="4" w:space="0" w:color="4F81BD"/>
        <w:insideH w:val="single" w:sz="4" w:space="0" w:color="FFFFFF"/>
        <w:insideV w:val="single" w:sz="4" w:space="0" w:color="FFFFFF"/>
      </w:tblBorders>
    </w:tblPr>
    <w:tcPr>
      <w:shd w:val="clear" w:color="auto" w:fill="EDF2F8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  <w:color w:val="FFFFFF"/>
      </w:rPr>
      <w:tblPr/>
      <w:tcPr>
        <w:tcBorders>
          <w:top w:val="single" w:sz="6" w:space="0" w:color="FFFFFF"/>
        </w:tcBorders>
        <w:shd w:val="clear" w:color="auto" w:fill="2C4C74"/>
      </w:tcPr>
    </w:tblStylePr>
    <w:tblStylePr w:type="fir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single" w:sz="4" w:space="0" w:color="2C4C74"/>
          <w:insideV w:val="nil"/>
        </w:tcBorders>
        <w:shd w:val="clear" w:color="auto" w:fill="2C4C74"/>
      </w:tcPr>
    </w:tblStylePr>
    <w:tblStylePr w:type="la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/>
      </w:tcPr>
    </w:tblStylePr>
    <w:tblStylePr w:type="band1Vert">
      <w:tblPr/>
      <w:tcPr>
        <w:shd w:val="clear" w:color="auto" w:fill="B8CCE4"/>
      </w:tcPr>
    </w:tblStylePr>
    <w:tblStylePr w:type="band1Horz">
      <w:tblPr/>
      <w:tcPr>
        <w:shd w:val="clear" w:color="auto" w:fill="A7BFDE"/>
      </w:tcPr>
    </w:tblStylePr>
    <w:tblStylePr w:type="neCell">
      <w:rPr>
        <w:color w:val="000000"/>
      </w:rPr>
    </w:tblStylePr>
    <w:tblStylePr w:type="nwCell">
      <w:rPr>
        <w:color w:val="000000"/>
      </w:rPr>
    </w:tblStylePr>
  </w:style>
  <w:style w:type="table" w:styleId="ColorfulShading-Accent2">
    <w:name w:val="Colorful Shading Accent 2"/>
    <w:basedOn w:val="TableNormal"/>
    <w:uiPriority w:val="71"/>
    <w:rsid w:val="00CB0664"/>
    <w:rPr>
      <w:color w:val="000000"/>
    </w:rPr>
    <w:tblPr>
      <w:tblStyleRowBandSize w:val="1"/>
      <w:tblStyleColBandSize w:val="1"/>
      <w:tblBorders>
        <w:top w:val="single" w:sz="24" w:space="0" w:color="C0504D"/>
        <w:left w:val="single" w:sz="4" w:space="0" w:color="C0504D"/>
        <w:bottom w:val="single" w:sz="4" w:space="0" w:color="C0504D"/>
        <w:right w:val="single" w:sz="4" w:space="0" w:color="C0504D"/>
        <w:insideH w:val="single" w:sz="4" w:space="0" w:color="FFFFFF"/>
        <w:insideV w:val="single" w:sz="4" w:space="0" w:color="FFFFFF"/>
      </w:tblBorders>
    </w:tblPr>
    <w:tcPr>
      <w:shd w:val="clear" w:color="auto" w:fill="F8EDED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  <w:color w:val="FFFFFF"/>
      </w:rPr>
      <w:tblPr/>
      <w:tcPr>
        <w:tcBorders>
          <w:top w:val="single" w:sz="6" w:space="0" w:color="FFFFFF"/>
        </w:tcBorders>
        <w:shd w:val="clear" w:color="auto" w:fill="772C2A"/>
      </w:tcPr>
    </w:tblStylePr>
    <w:tblStylePr w:type="fir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single" w:sz="4" w:space="0" w:color="772C2A"/>
          <w:insideV w:val="nil"/>
        </w:tcBorders>
        <w:shd w:val="clear" w:color="auto" w:fill="772C2A"/>
      </w:tcPr>
    </w:tblStylePr>
    <w:tblStylePr w:type="la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/>
      </w:tcPr>
    </w:tblStylePr>
    <w:tblStylePr w:type="band1Vert">
      <w:tblPr/>
      <w:tcPr>
        <w:shd w:val="clear" w:color="auto" w:fill="E5B8B7"/>
      </w:tcPr>
    </w:tblStylePr>
    <w:tblStylePr w:type="band1Horz">
      <w:tblPr/>
      <w:tcPr>
        <w:shd w:val="clear" w:color="auto" w:fill="DFA7A6"/>
      </w:tcPr>
    </w:tblStylePr>
    <w:tblStylePr w:type="neCell">
      <w:rPr>
        <w:color w:val="000000"/>
      </w:rPr>
    </w:tblStylePr>
    <w:tblStylePr w:type="nwCell">
      <w:rPr>
        <w:color w:val="000000"/>
      </w:rPr>
    </w:tblStylePr>
  </w:style>
  <w:style w:type="table" w:styleId="ColorfulShading-Accent3">
    <w:name w:val="Colorful Shading Accent 3"/>
    <w:basedOn w:val="TableNormal"/>
    <w:uiPriority w:val="71"/>
    <w:rsid w:val="00CB0664"/>
    <w:rPr>
      <w:color w:val="000000"/>
    </w:rPr>
    <w:tblPr>
      <w:tblStyleRowBandSize w:val="1"/>
      <w:tblStyleColBandSize w:val="1"/>
      <w:tblBorders>
        <w:top w:val="single" w:sz="24" w:space="0" w:color="8064A2"/>
        <w:left w:val="single" w:sz="4" w:space="0" w:color="9BBB59"/>
        <w:bottom w:val="single" w:sz="4" w:space="0" w:color="9BBB59"/>
        <w:right w:val="single" w:sz="4" w:space="0" w:color="9BBB59"/>
        <w:insideH w:val="single" w:sz="4" w:space="0" w:color="FFFFFF"/>
        <w:insideV w:val="single" w:sz="4" w:space="0" w:color="FFFFFF"/>
      </w:tblBorders>
    </w:tblPr>
    <w:tcPr>
      <w:shd w:val="clear" w:color="auto" w:fill="F5F8EE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  <w:color w:val="FFFFFF"/>
      </w:rPr>
      <w:tblPr/>
      <w:tcPr>
        <w:tcBorders>
          <w:top w:val="single" w:sz="6" w:space="0" w:color="FFFFFF"/>
        </w:tcBorders>
        <w:shd w:val="clear" w:color="auto" w:fill="5E7530"/>
      </w:tcPr>
    </w:tblStylePr>
    <w:tblStylePr w:type="fir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single" w:sz="4" w:space="0" w:color="5E7530"/>
          <w:insideV w:val="nil"/>
        </w:tcBorders>
        <w:shd w:val="clear" w:color="auto" w:fill="5E7530"/>
      </w:tcPr>
    </w:tblStylePr>
    <w:tblStylePr w:type="la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/>
      </w:tcPr>
    </w:tblStylePr>
    <w:tblStylePr w:type="band1Vert">
      <w:tblPr/>
      <w:tcPr>
        <w:shd w:val="clear" w:color="auto" w:fill="D6E3BC"/>
      </w:tcPr>
    </w:tblStylePr>
    <w:tblStylePr w:type="band1Horz">
      <w:tblPr/>
      <w:tcPr>
        <w:shd w:val="clear" w:color="auto" w:fill="CDDDAC"/>
      </w:tcPr>
    </w:tblStylePr>
  </w:style>
  <w:style w:type="table" w:styleId="ColorfulShading-Accent4">
    <w:name w:val="Colorful Shading Accent 4"/>
    <w:basedOn w:val="TableNormal"/>
    <w:uiPriority w:val="71"/>
    <w:rsid w:val="00CB0664"/>
    <w:rPr>
      <w:color w:val="000000"/>
    </w:rPr>
    <w:tblPr>
      <w:tblStyleRowBandSize w:val="1"/>
      <w:tblStyleColBandSize w:val="1"/>
      <w:tblBorders>
        <w:top w:val="single" w:sz="24" w:space="0" w:color="9BBB59"/>
        <w:left w:val="single" w:sz="4" w:space="0" w:color="8064A2"/>
        <w:bottom w:val="single" w:sz="4" w:space="0" w:color="8064A2"/>
        <w:right w:val="single" w:sz="4" w:space="0" w:color="8064A2"/>
        <w:insideH w:val="single" w:sz="4" w:space="0" w:color="FFFFFF"/>
        <w:insideV w:val="single" w:sz="4" w:space="0" w:color="FFFFFF"/>
      </w:tblBorders>
    </w:tblPr>
    <w:tcPr>
      <w:shd w:val="clear" w:color="auto" w:fill="F2EFF6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  <w:color w:val="FFFFFF"/>
      </w:rPr>
      <w:tblPr/>
      <w:tcPr>
        <w:tcBorders>
          <w:top w:val="single" w:sz="6" w:space="0" w:color="FFFFFF"/>
        </w:tcBorders>
        <w:shd w:val="clear" w:color="auto" w:fill="4C3B62"/>
      </w:tcPr>
    </w:tblStylePr>
    <w:tblStylePr w:type="fir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single" w:sz="4" w:space="0" w:color="4C3B62"/>
          <w:insideV w:val="nil"/>
        </w:tcBorders>
        <w:shd w:val="clear" w:color="auto" w:fill="4C3B62"/>
      </w:tcPr>
    </w:tblStylePr>
    <w:tblStylePr w:type="la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/>
      </w:tcPr>
    </w:tblStylePr>
    <w:tblStylePr w:type="band1Vert">
      <w:tblPr/>
      <w:tcPr>
        <w:shd w:val="clear" w:color="auto" w:fill="CCC0D9"/>
      </w:tcPr>
    </w:tblStylePr>
    <w:tblStylePr w:type="band1Horz">
      <w:tblPr/>
      <w:tcPr>
        <w:shd w:val="clear" w:color="auto" w:fill="BFB1D0"/>
      </w:tcPr>
    </w:tblStylePr>
    <w:tblStylePr w:type="neCell">
      <w:rPr>
        <w:color w:val="000000"/>
      </w:rPr>
    </w:tblStylePr>
    <w:tblStylePr w:type="nwCell">
      <w:rPr>
        <w:color w:val="000000"/>
      </w:rPr>
    </w:tblStylePr>
  </w:style>
  <w:style w:type="table" w:styleId="ColorfulShading-Accent5">
    <w:name w:val="Colorful Shading Accent 5"/>
    <w:basedOn w:val="TableNormal"/>
    <w:uiPriority w:val="71"/>
    <w:rsid w:val="00CB0664"/>
    <w:rPr>
      <w:color w:val="000000"/>
    </w:rPr>
    <w:tblPr>
      <w:tblStyleRowBandSize w:val="1"/>
      <w:tblStyleColBandSize w:val="1"/>
      <w:tblBorders>
        <w:top w:val="single" w:sz="24" w:space="0" w:color="F79646"/>
        <w:left w:val="single" w:sz="4" w:space="0" w:color="4BACC6"/>
        <w:bottom w:val="single" w:sz="4" w:space="0" w:color="4BACC6"/>
        <w:right w:val="single" w:sz="4" w:space="0" w:color="4BACC6"/>
        <w:insideH w:val="single" w:sz="4" w:space="0" w:color="FFFFFF"/>
        <w:insideV w:val="single" w:sz="4" w:space="0" w:color="FFFFFF"/>
      </w:tblBorders>
    </w:tblPr>
    <w:tcPr>
      <w:shd w:val="clear" w:color="auto" w:fill="EDF6F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  <w:color w:val="FFFFFF"/>
      </w:rPr>
      <w:tblPr/>
      <w:tcPr>
        <w:tcBorders>
          <w:top w:val="single" w:sz="6" w:space="0" w:color="FFFFFF"/>
        </w:tcBorders>
        <w:shd w:val="clear" w:color="auto" w:fill="276A7C"/>
      </w:tcPr>
    </w:tblStylePr>
    <w:tblStylePr w:type="fir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single" w:sz="4" w:space="0" w:color="276A7C"/>
          <w:insideV w:val="nil"/>
        </w:tcBorders>
        <w:shd w:val="clear" w:color="auto" w:fill="276A7C"/>
      </w:tcPr>
    </w:tblStylePr>
    <w:tblStylePr w:type="la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/>
      </w:tcPr>
    </w:tblStylePr>
    <w:tblStylePr w:type="band1Vert">
      <w:tblPr/>
      <w:tcPr>
        <w:shd w:val="clear" w:color="auto" w:fill="B6DDE8"/>
      </w:tcPr>
    </w:tblStylePr>
    <w:tblStylePr w:type="band1Horz">
      <w:tblPr/>
      <w:tcPr>
        <w:shd w:val="clear" w:color="auto" w:fill="A5D5E2"/>
      </w:tcPr>
    </w:tblStylePr>
    <w:tblStylePr w:type="neCell">
      <w:rPr>
        <w:color w:val="000000"/>
      </w:rPr>
    </w:tblStylePr>
    <w:tblStylePr w:type="nwCell">
      <w:rPr>
        <w:color w:val="000000"/>
      </w:rPr>
    </w:tblStylePr>
  </w:style>
  <w:style w:type="table" w:styleId="ColorfulShading-Accent6">
    <w:name w:val="Colorful Shading Accent 6"/>
    <w:basedOn w:val="TableNormal"/>
    <w:uiPriority w:val="71"/>
    <w:rsid w:val="00CB0664"/>
    <w:rPr>
      <w:color w:val="000000"/>
    </w:rPr>
    <w:tblPr>
      <w:tblStyleRowBandSize w:val="1"/>
      <w:tblStyleColBandSize w:val="1"/>
      <w:tblBorders>
        <w:top w:val="single" w:sz="24" w:space="0" w:color="4BACC6"/>
        <w:left w:val="single" w:sz="4" w:space="0" w:color="F79646"/>
        <w:bottom w:val="single" w:sz="4" w:space="0" w:color="F79646"/>
        <w:right w:val="single" w:sz="4" w:space="0" w:color="F79646"/>
        <w:insideH w:val="single" w:sz="4" w:space="0" w:color="FFFFFF"/>
        <w:insideV w:val="single" w:sz="4" w:space="0" w:color="FFFFFF"/>
      </w:tblBorders>
    </w:tblPr>
    <w:tcPr>
      <w:shd w:val="clear" w:color="auto" w:fill="FEF4EC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  <w:color w:val="FFFFFF"/>
      </w:rPr>
      <w:tblPr/>
      <w:tcPr>
        <w:tcBorders>
          <w:top w:val="single" w:sz="6" w:space="0" w:color="FFFFFF"/>
        </w:tcBorders>
        <w:shd w:val="clear" w:color="auto" w:fill="B65608"/>
      </w:tcPr>
    </w:tblStylePr>
    <w:tblStylePr w:type="fir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single" w:sz="4" w:space="0" w:color="B65608"/>
          <w:insideV w:val="nil"/>
        </w:tcBorders>
        <w:shd w:val="clear" w:color="auto" w:fill="B65608"/>
      </w:tcPr>
    </w:tblStylePr>
    <w:tblStylePr w:type="la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/>
      </w:tcPr>
    </w:tblStylePr>
    <w:tblStylePr w:type="band1Vert">
      <w:tblPr/>
      <w:tcPr>
        <w:shd w:val="clear" w:color="auto" w:fill="FBD4B4"/>
      </w:tcPr>
    </w:tblStylePr>
    <w:tblStylePr w:type="band1Horz">
      <w:tblPr/>
      <w:tcPr>
        <w:shd w:val="clear" w:color="auto" w:fill="FBCAA2"/>
      </w:tcPr>
    </w:tblStylePr>
    <w:tblStylePr w:type="neCell">
      <w:rPr>
        <w:color w:val="000000"/>
      </w:rPr>
    </w:tblStylePr>
    <w:tblStylePr w:type="nwCell">
      <w:rPr>
        <w:color w:val="000000"/>
      </w:rPr>
    </w:tblStylePr>
  </w:style>
  <w:style w:type="table" w:styleId="ColorfulList">
    <w:name w:val="Colorful List"/>
    <w:basedOn w:val="TableNormal"/>
    <w:uiPriority w:val="72"/>
    <w:rsid w:val="00CB0664"/>
    <w:rPr>
      <w:color w:val="000000"/>
    </w:rPr>
    <w:tblPr>
      <w:tblStyleRowBandSize w:val="1"/>
      <w:tblStyleColBandSize w:val="1"/>
    </w:tblPr>
    <w:tcPr>
      <w:shd w:val="clear" w:color="auto" w:fill="E6E6E6"/>
    </w:tcPr>
    <w:tblStylePr w:type="firstRow">
      <w:rPr>
        <w:b/>
        <w:bCs/>
        <w:color w:val="FFFFFF"/>
      </w:rPr>
      <w:tblPr/>
      <w:tcPr>
        <w:tcBorders>
          <w:bottom w:val="single" w:sz="12" w:space="0" w:color="FFFFFF"/>
        </w:tcBorders>
        <w:shd w:val="clear" w:color="auto" w:fill="9E3A38"/>
      </w:tcPr>
    </w:tblStylePr>
    <w:tblStylePr w:type="lastRow">
      <w:rPr>
        <w:b/>
        <w:bCs/>
        <w:color w:val="9E3A38"/>
      </w:rPr>
      <w:tblPr/>
      <w:tcPr>
        <w:tcBorders>
          <w:top w:val="single" w:sz="12" w:space="0" w:color="000000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tblPr/>
      <w:tcPr>
        <w:shd w:val="clear" w:color="auto" w:fill="CCCCCC"/>
      </w:tcPr>
    </w:tblStylePr>
  </w:style>
  <w:style w:type="table" w:styleId="ColorfulList-Accent1">
    <w:name w:val="Colorful List Accent 1"/>
    <w:basedOn w:val="TableNormal"/>
    <w:uiPriority w:val="72"/>
    <w:rsid w:val="00CB0664"/>
    <w:rPr>
      <w:color w:val="000000"/>
    </w:rPr>
    <w:tblPr>
      <w:tblStyleRowBandSize w:val="1"/>
      <w:tblStyleColBandSize w:val="1"/>
    </w:tblPr>
    <w:tcPr>
      <w:shd w:val="clear" w:color="auto" w:fill="EDF2F8"/>
    </w:tcPr>
    <w:tblStylePr w:type="firstRow">
      <w:rPr>
        <w:b/>
        <w:bCs/>
        <w:color w:val="FFFFFF"/>
      </w:rPr>
      <w:tblPr/>
      <w:tcPr>
        <w:tcBorders>
          <w:bottom w:val="single" w:sz="12" w:space="0" w:color="FFFFFF"/>
        </w:tcBorders>
        <w:shd w:val="clear" w:color="auto" w:fill="9E3A38"/>
      </w:tcPr>
    </w:tblStylePr>
    <w:tblStylePr w:type="lastRow">
      <w:rPr>
        <w:b/>
        <w:bCs/>
        <w:color w:val="9E3A38"/>
      </w:rPr>
      <w:tblPr/>
      <w:tcPr>
        <w:tcBorders>
          <w:top w:val="single" w:sz="12" w:space="0" w:color="000000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/>
      </w:tcPr>
    </w:tblStylePr>
    <w:tblStylePr w:type="band1Horz">
      <w:tblPr/>
      <w:tcPr>
        <w:shd w:val="clear" w:color="auto" w:fill="DBE5F1"/>
      </w:tcPr>
    </w:tblStylePr>
  </w:style>
  <w:style w:type="table" w:styleId="ColorfulList-Accent2">
    <w:name w:val="Colorful List Accent 2"/>
    <w:basedOn w:val="TableNormal"/>
    <w:uiPriority w:val="72"/>
    <w:rsid w:val="00CB0664"/>
    <w:rPr>
      <w:color w:val="000000"/>
    </w:rPr>
    <w:tblPr>
      <w:tblStyleRowBandSize w:val="1"/>
      <w:tblStyleColBandSize w:val="1"/>
    </w:tblPr>
    <w:tcPr>
      <w:shd w:val="clear" w:color="auto" w:fill="F8EDED"/>
    </w:tcPr>
    <w:tblStylePr w:type="firstRow">
      <w:rPr>
        <w:b/>
        <w:bCs/>
        <w:color w:val="FFFFFF"/>
      </w:rPr>
      <w:tblPr/>
      <w:tcPr>
        <w:tcBorders>
          <w:bottom w:val="single" w:sz="12" w:space="0" w:color="FFFFFF"/>
        </w:tcBorders>
        <w:shd w:val="clear" w:color="auto" w:fill="9E3A38"/>
      </w:tcPr>
    </w:tblStylePr>
    <w:tblStylePr w:type="lastRow">
      <w:rPr>
        <w:b/>
        <w:bCs/>
        <w:color w:val="9E3A38"/>
      </w:rPr>
      <w:tblPr/>
      <w:tcPr>
        <w:tcBorders>
          <w:top w:val="single" w:sz="12" w:space="0" w:color="000000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/>
      </w:tcPr>
    </w:tblStylePr>
    <w:tblStylePr w:type="band1Horz">
      <w:tblPr/>
      <w:tcPr>
        <w:shd w:val="clear" w:color="auto" w:fill="F2DBDB"/>
      </w:tcPr>
    </w:tblStylePr>
  </w:style>
  <w:style w:type="table" w:styleId="ColorfulList-Accent3">
    <w:name w:val="Colorful List Accent 3"/>
    <w:basedOn w:val="TableNormal"/>
    <w:uiPriority w:val="72"/>
    <w:rsid w:val="00CB0664"/>
    <w:rPr>
      <w:color w:val="000000"/>
    </w:rPr>
    <w:tblPr>
      <w:tblStyleRowBandSize w:val="1"/>
      <w:tblStyleColBandSize w:val="1"/>
    </w:tblPr>
    <w:tcPr>
      <w:shd w:val="clear" w:color="auto" w:fill="F5F8EE"/>
    </w:tcPr>
    <w:tblStylePr w:type="firstRow">
      <w:rPr>
        <w:b/>
        <w:bCs/>
        <w:color w:val="FFFFFF"/>
      </w:rPr>
      <w:tblPr/>
      <w:tcPr>
        <w:tcBorders>
          <w:bottom w:val="single" w:sz="12" w:space="0" w:color="FFFFFF"/>
        </w:tcBorders>
        <w:shd w:val="clear" w:color="auto" w:fill="664E82"/>
      </w:tcPr>
    </w:tblStylePr>
    <w:tblStylePr w:type="lastRow">
      <w:rPr>
        <w:b/>
        <w:bCs/>
        <w:color w:val="664E82"/>
      </w:rPr>
      <w:tblPr/>
      <w:tcPr>
        <w:tcBorders>
          <w:top w:val="single" w:sz="12" w:space="0" w:color="000000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/>
      </w:tcPr>
    </w:tblStylePr>
    <w:tblStylePr w:type="band1Horz">
      <w:tblPr/>
      <w:tcPr>
        <w:shd w:val="clear" w:color="auto" w:fill="EAF1DD"/>
      </w:tcPr>
    </w:tblStylePr>
  </w:style>
  <w:style w:type="table" w:styleId="ColorfulList-Accent4">
    <w:name w:val="Colorful List Accent 4"/>
    <w:basedOn w:val="TableNormal"/>
    <w:uiPriority w:val="72"/>
    <w:rsid w:val="00CB0664"/>
    <w:rPr>
      <w:color w:val="000000"/>
    </w:rPr>
    <w:tblPr>
      <w:tblStyleRowBandSize w:val="1"/>
      <w:tblStyleColBandSize w:val="1"/>
    </w:tblPr>
    <w:tcPr>
      <w:shd w:val="clear" w:color="auto" w:fill="F2EFF6"/>
    </w:tcPr>
    <w:tblStylePr w:type="firstRow">
      <w:rPr>
        <w:b/>
        <w:bCs/>
        <w:color w:val="FFFFFF"/>
      </w:rPr>
      <w:tblPr/>
      <w:tcPr>
        <w:tcBorders>
          <w:bottom w:val="single" w:sz="12" w:space="0" w:color="FFFFFF"/>
        </w:tcBorders>
        <w:shd w:val="clear" w:color="auto" w:fill="7E9C40"/>
      </w:tcPr>
    </w:tblStylePr>
    <w:tblStylePr w:type="lastRow">
      <w:rPr>
        <w:b/>
        <w:bCs/>
        <w:color w:val="7E9C40"/>
      </w:rPr>
      <w:tblPr/>
      <w:tcPr>
        <w:tcBorders>
          <w:top w:val="single" w:sz="12" w:space="0" w:color="000000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/>
      </w:tcPr>
    </w:tblStylePr>
    <w:tblStylePr w:type="band1Horz">
      <w:tblPr/>
      <w:tcPr>
        <w:shd w:val="clear" w:color="auto" w:fill="E5DFEC"/>
      </w:tcPr>
    </w:tblStylePr>
  </w:style>
  <w:style w:type="table" w:styleId="ColorfulList-Accent5">
    <w:name w:val="Colorful List Accent 5"/>
    <w:basedOn w:val="TableNormal"/>
    <w:uiPriority w:val="72"/>
    <w:rsid w:val="00CB0664"/>
    <w:rPr>
      <w:color w:val="000000"/>
    </w:rPr>
    <w:tblPr>
      <w:tblStyleRowBandSize w:val="1"/>
      <w:tblStyleColBandSize w:val="1"/>
    </w:tblPr>
    <w:tcPr>
      <w:shd w:val="clear" w:color="auto" w:fill="EDF6F9"/>
    </w:tcPr>
    <w:tblStylePr w:type="firstRow">
      <w:rPr>
        <w:b/>
        <w:bCs/>
        <w:color w:val="FFFFFF"/>
      </w:rPr>
      <w:tblPr/>
      <w:tcPr>
        <w:tcBorders>
          <w:bottom w:val="single" w:sz="12" w:space="0" w:color="FFFFFF"/>
        </w:tcBorders>
        <w:shd w:val="clear" w:color="auto" w:fill="F2730A"/>
      </w:tcPr>
    </w:tblStylePr>
    <w:tblStylePr w:type="lastRow">
      <w:rPr>
        <w:b/>
        <w:bCs/>
        <w:color w:val="F2730A"/>
      </w:rPr>
      <w:tblPr/>
      <w:tcPr>
        <w:tcBorders>
          <w:top w:val="single" w:sz="12" w:space="0" w:color="000000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/>
      </w:tcPr>
    </w:tblStylePr>
    <w:tblStylePr w:type="band1Horz">
      <w:tblPr/>
      <w:tcPr>
        <w:shd w:val="clear" w:color="auto" w:fill="DAEEF3"/>
      </w:tcPr>
    </w:tblStylePr>
  </w:style>
  <w:style w:type="table" w:styleId="ColorfulList-Accent6">
    <w:name w:val="Colorful List Accent 6"/>
    <w:basedOn w:val="TableNormal"/>
    <w:uiPriority w:val="72"/>
    <w:rsid w:val="00CB0664"/>
    <w:rPr>
      <w:color w:val="000000"/>
    </w:rPr>
    <w:tblPr>
      <w:tblStyleRowBandSize w:val="1"/>
      <w:tblStyleColBandSize w:val="1"/>
    </w:tblPr>
    <w:tcPr>
      <w:shd w:val="clear" w:color="auto" w:fill="FEF4EC"/>
    </w:tcPr>
    <w:tblStylePr w:type="firstRow">
      <w:rPr>
        <w:b/>
        <w:bCs/>
        <w:color w:val="FFFFFF"/>
      </w:rPr>
      <w:tblPr/>
      <w:tcPr>
        <w:tcBorders>
          <w:bottom w:val="single" w:sz="12" w:space="0" w:color="FFFFFF"/>
        </w:tcBorders>
        <w:shd w:val="clear" w:color="auto" w:fill="348DA5"/>
      </w:tcPr>
    </w:tblStylePr>
    <w:tblStylePr w:type="lastRow">
      <w:rPr>
        <w:b/>
        <w:bCs/>
        <w:color w:val="348DA5"/>
      </w:rPr>
      <w:tblPr/>
      <w:tcPr>
        <w:tcBorders>
          <w:top w:val="single" w:sz="12" w:space="0" w:color="000000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/>
      </w:tcPr>
    </w:tblStylePr>
    <w:tblStylePr w:type="band1Horz">
      <w:tblPr/>
      <w:tcPr>
        <w:shd w:val="clear" w:color="auto" w:fill="FDE9D9"/>
      </w:tcPr>
    </w:tblStylePr>
  </w:style>
  <w:style w:type="table" w:styleId="ColorfulGrid">
    <w:name w:val="Colorful Grid"/>
    <w:basedOn w:val="TableNormal"/>
    <w:uiPriority w:val="73"/>
    <w:rsid w:val="00CB0664"/>
    <w:rPr>
      <w:color w:val="000000"/>
    </w:rPr>
    <w:tblPr>
      <w:tblStyleRowBandSize w:val="1"/>
      <w:tblStyleColBandSize w:val="1"/>
      <w:tblBorders>
        <w:insideH w:val="single" w:sz="4" w:space="0" w:color="FFFFFF"/>
      </w:tblBorders>
    </w:tblPr>
    <w:tcPr>
      <w:shd w:val="clear" w:color="auto" w:fill="CCCCCC"/>
    </w:tcPr>
    <w:tblStylePr w:type="firstRow">
      <w:rPr>
        <w:b/>
        <w:bCs/>
      </w:rPr>
      <w:tblPr/>
      <w:tcPr>
        <w:shd w:val="clear" w:color="auto" w:fill="999999"/>
      </w:tcPr>
    </w:tblStylePr>
    <w:tblStylePr w:type="lastRow">
      <w:rPr>
        <w:b/>
        <w:bCs/>
        <w:color w:val="000000"/>
      </w:rPr>
      <w:tblPr/>
      <w:tcPr>
        <w:shd w:val="clear" w:color="auto" w:fill="999999"/>
      </w:tcPr>
    </w:tblStylePr>
    <w:tblStylePr w:type="firstCol">
      <w:rPr>
        <w:color w:val="FFFFFF"/>
      </w:rPr>
      <w:tblPr/>
      <w:tcPr>
        <w:shd w:val="clear" w:color="auto" w:fill="000000"/>
      </w:tcPr>
    </w:tblStylePr>
    <w:tblStylePr w:type="lastCol">
      <w:rPr>
        <w:color w:val="FFFFFF"/>
      </w:rPr>
      <w:tblPr/>
      <w:tcPr>
        <w:shd w:val="clear" w:color="auto" w:fill="000000"/>
      </w:tc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table" w:styleId="ColorfulGrid-Accent1">
    <w:name w:val="Colorful Grid Accent 1"/>
    <w:basedOn w:val="TableNormal"/>
    <w:uiPriority w:val="73"/>
    <w:rsid w:val="00CB0664"/>
    <w:rPr>
      <w:color w:val="000000"/>
    </w:rPr>
    <w:tblPr>
      <w:tblStyleRowBandSize w:val="1"/>
      <w:tblStyleColBandSize w:val="1"/>
      <w:tblBorders>
        <w:insideH w:val="single" w:sz="4" w:space="0" w:color="FFFFFF"/>
      </w:tblBorders>
    </w:tblPr>
    <w:tcPr>
      <w:shd w:val="clear" w:color="auto" w:fill="DBE5F1"/>
    </w:tcPr>
    <w:tblStylePr w:type="firstRow">
      <w:rPr>
        <w:b/>
        <w:bCs/>
      </w:rPr>
      <w:tblPr/>
      <w:tcPr>
        <w:shd w:val="clear" w:color="auto" w:fill="B8CCE4"/>
      </w:tcPr>
    </w:tblStylePr>
    <w:tblStylePr w:type="lastRow">
      <w:rPr>
        <w:b/>
        <w:bCs/>
        <w:color w:val="000000"/>
      </w:rPr>
      <w:tblPr/>
      <w:tcPr>
        <w:shd w:val="clear" w:color="auto" w:fill="B8CCE4"/>
      </w:tcPr>
    </w:tblStylePr>
    <w:tblStylePr w:type="firstCol">
      <w:rPr>
        <w:color w:val="FFFFFF"/>
      </w:rPr>
      <w:tblPr/>
      <w:tcPr>
        <w:shd w:val="clear" w:color="auto" w:fill="365F91"/>
      </w:tcPr>
    </w:tblStylePr>
    <w:tblStylePr w:type="lastCol">
      <w:rPr>
        <w:color w:val="FFFFFF"/>
      </w:rPr>
      <w:tblPr/>
      <w:tcPr>
        <w:shd w:val="clear" w:color="auto" w:fill="365F91"/>
      </w:tcPr>
    </w:tblStylePr>
    <w:tblStylePr w:type="band1Vert">
      <w:tblPr/>
      <w:tcPr>
        <w:shd w:val="clear" w:color="auto" w:fill="A7BFDE"/>
      </w:tcPr>
    </w:tblStylePr>
    <w:tblStylePr w:type="band1Horz">
      <w:tblPr/>
      <w:tcPr>
        <w:shd w:val="clear" w:color="auto" w:fill="A7BFDE"/>
      </w:tcPr>
    </w:tblStylePr>
  </w:style>
  <w:style w:type="table" w:styleId="ColorfulGrid-Accent2">
    <w:name w:val="Colorful Grid Accent 2"/>
    <w:basedOn w:val="TableNormal"/>
    <w:uiPriority w:val="73"/>
    <w:rsid w:val="00CB0664"/>
    <w:rPr>
      <w:color w:val="000000"/>
    </w:rPr>
    <w:tblPr>
      <w:tblStyleRowBandSize w:val="1"/>
      <w:tblStyleColBandSize w:val="1"/>
      <w:tblBorders>
        <w:insideH w:val="single" w:sz="4" w:space="0" w:color="FFFFFF"/>
      </w:tblBorders>
    </w:tblPr>
    <w:tcPr>
      <w:shd w:val="clear" w:color="auto" w:fill="F2DBDB"/>
    </w:tcPr>
    <w:tblStylePr w:type="firstRow">
      <w:rPr>
        <w:b/>
        <w:bCs/>
      </w:rPr>
      <w:tblPr/>
      <w:tcPr>
        <w:shd w:val="clear" w:color="auto" w:fill="E5B8B7"/>
      </w:tcPr>
    </w:tblStylePr>
    <w:tblStylePr w:type="lastRow">
      <w:rPr>
        <w:b/>
        <w:bCs/>
        <w:color w:val="000000"/>
      </w:rPr>
      <w:tblPr/>
      <w:tcPr>
        <w:shd w:val="clear" w:color="auto" w:fill="E5B8B7"/>
      </w:tcPr>
    </w:tblStylePr>
    <w:tblStylePr w:type="firstCol">
      <w:rPr>
        <w:color w:val="FFFFFF"/>
      </w:rPr>
      <w:tblPr/>
      <w:tcPr>
        <w:shd w:val="clear" w:color="auto" w:fill="943634"/>
      </w:tcPr>
    </w:tblStylePr>
    <w:tblStylePr w:type="lastCol">
      <w:rPr>
        <w:color w:val="FFFFFF"/>
      </w:rPr>
      <w:tblPr/>
      <w:tcPr>
        <w:shd w:val="clear" w:color="auto" w:fill="943634"/>
      </w:tcPr>
    </w:tblStylePr>
    <w:tblStylePr w:type="band1Vert">
      <w:tblPr/>
      <w:tcPr>
        <w:shd w:val="clear" w:color="auto" w:fill="DFA7A6"/>
      </w:tcPr>
    </w:tblStylePr>
    <w:tblStylePr w:type="band1Horz">
      <w:tblPr/>
      <w:tcPr>
        <w:shd w:val="clear" w:color="auto" w:fill="DFA7A6"/>
      </w:tcPr>
    </w:tblStylePr>
  </w:style>
  <w:style w:type="table" w:styleId="ColorfulGrid-Accent3">
    <w:name w:val="Colorful Grid Accent 3"/>
    <w:basedOn w:val="TableNormal"/>
    <w:uiPriority w:val="73"/>
    <w:rsid w:val="00CB0664"/>
    <w:rPr>
      <w:color w:val="000000"/>
    </w:rPr>
    <w:tblPr>
      <w:tblStyleRowBandSize w:val="1"/>
      <w:tblStyleColBandSize w:val="1"/>
      <w:tblBorders>
        <w:insideH w:val="single" w:sz="4" w:space="0" w:color="FFFFFF"/>
      </w:tblBorders>
    </w:tblPr>
    <w:tcPr>
      <w:shd w:val="clear" w:color="auto" w:fill="EAF1DD"/>
    </w:tcPr>
    <w:tblStylePr w:type="firstRow">
      <w:rPr>
        <w:b/>
        <w:bCs/>
      </w:rPr>
      <w:tblPr/>
      <w:tcPr>
        <w:shd w:val="clear" w:color="auto" w:fill="D6E3BC"/>
      </w:tcPr>
    </w:tblStylePr>
    <w:tblStylePr w:type="lastRow">
      <w:rPr>
        <w:b/>
        <w:bCs/>
        <w:color w:val="000000"/>
      </w:rPr>
      <w:tblPr/>
      <w:tcPr>
        <w:shd w:val="clear" w:color="auto" w:fill="D6E3BC"/>
      </w:tcPr>
    </w:tblStylePr>
    <w:tblStylePr w:type="firstCol">
      <w:rPr>
        <w:color w:val="FFFFFF"/>
      </w:rPr>
      <w:tblPr/>
      <w:tcPr>
        <w:shd w:val="clear" w:color="auto" w:fill="76923C"/>
      </w:tcPr>
    </w:tblStylePr>
    <w:tblStylePr w:type="lastCol">
      <w:rPr>
        <w:color w:val="FFFFFF"/>
      </w:rPr>
      <w:tblPr/>
      <w:tcPr>
        <w:shd w:val="clear" w:color="auto" w:fill="76923C"/>
      </w:tcPr>
    </w:tblStylePr>
    <w:tblStylePr w:type="band1Vert">
      <w:tblPr/>
      <w:tcPr>
        <w:shd w:val="clear" w:color="auto" w:fill="CDDDAC"/>
      </w:tcPr>
    </w:tblStylePr>
    <w:tblStylePr w:type="band1Horz">
      <w:tblPr/>
      <w:tcPr>
        <w:shd w:val="clear" w:color="auto" w:fill="CDDDAC"/>
      </w:tcPr>
    </w:tblStylePr>
  </w:style>
  <w:style w:type="table" w:styleId="ColorfulGrid-Accent4">
    <w:name w:val="Colorful Grid Accent 4"/>
    <w:basedOn w:val="TableNormal"/>
    <w:uiPriority w:val="73"/>
    <w:rsid w:val="00CB0664"/>
    <w:rPr>
      <w:color w:val="000000"/>
    </w:rPr>
    <w:tblPr>
      <w:tblStyleRowBandSize w:val="1"/>
      <w:tblStyleColBandSize w:val="1"/>
      <w:tblBorders>
        <w:insideH w:val="single" w:sz="4" w:space="0" w:color="FFFFFF"/>
      </w:tblBorders>
    </w:tblPr>
    <w:tcPr>
      <w:shd w:val="clear" w:color="auto" w:fill="E5DFEC"/>
    </w:tcPr>
    <w:tblStylePr w:type="firstRow">
      <w:rPr>
        <w:b/>
        <w:bCs/>
      </w:rPr>
      <w:tblPr/>
      <w:tcPr>
        <w:shd w:val="clear" w:color="auto" w:fill="CCC0D9"/>
      </w:tcPr>
    </w:tblStylePr>
    <w:tblStylePr w:type="lastRow">
      <w:rPr>
        <w:b/>
        <w:bCs/>
        <w:color w:val="000000"/>
      </w:rPr>
      <w:tblPr/>
      <w:tcPr>
        <w:shd w:val="clear" w:color="auto" w:fill="CCC0D9"/>
      </w:tcPr>
    </w:tblStylePr>
    <w:tblStylePr w:type="firstCol">
      <w:rPr>
        <w:color w:val="FFFFFF"/>
      </w:rPr>
      <w:tblPr/>
      <w:tcPr>
        <w:shd w:val="clear" w:color="auto" w:fill="5F497A"/>
      </w:tcPr>
    </w:tblStylePr>
    <w:tblStylePr w:type="lastCol">
      <w:rPr>
        <w:color w:val="FFFFFF"/>
      </w:rPr>
      <w:tblPr/>
      <w:tcPr>
        <w:shd w:val="clear" w:color="auto" w:fill="5F497A"/>
      </w:tcPr>
    </w:tblStylePr>
    <w:tblStylePr w:type="band1Vert">
      <w:tblPr/>
      <w:tcPr>
        <w:shd w:val="clear" w:color="auto" w:fill="BFB1D0"/>
      </w:tcPr>
    </w:tblStylePr>
    <w:tblStylePr w:type="band1Horz">
      <w:tblPr/>
      <w:tcPr>
        <w:shd w:val="clear" w:color="auto" w:fill="BFB1D0"/>
      </w:tcPr>
    </w:tblStylePr>
  </w:style>
  <w:style w:type="table" w:styleId="ColorfulGrid-Accent5">
    <w:name w:val="Colorful Grid Accent 5"/>
    <w:basedOn w:val="TableNormal"/>
    <w:uiPriority w:val="73"/>
    <w:rsid w:val="00CB0664"/>
    <w:rPr>
      <w:color w:val="000000"/>
    </w:rPr>
    <w:tblPr>
      <w:tblStyleRowBandSize w:val="1"/>
      <w:tblStyleColBandSize w:val="1"/>
      <w:tblBorders>
        <w:insideH w:val="single" w:sz="4" w:space="0" w:color="FFFFFF"/>
      </w:tblBorders>
    </w:tblPr>
    <w:tcPr>
      <w:shd w:val="clear" w:color="auto" w:fill="DAEEF3"/>
    </w:tcPr>
    <w:tblStylePr w:type="firstRow">
      <w:rPr>
        <w:b/>
        <w:bCs/>
      </w:rPr>
      <w:tblPr/>
      <w:tcPr>
        <w:shd w:val="clear" w:color="auto" w:fill="B6DDE8"/>
      </w:tcPr>
    </w:tblStylePr>
    <w:tblStylePr w:type="lastRow">
      <w:rPr>
        <w:b/>
        <w:bCs/>
        <w:color w:val="000000"/>
      </w:rPr>
      <w:tblPr/>
      <w:tcPr>
        <w:shd w:val="clear" w:color="auto" w:fill="B6DDE8"/>
      </w:tcPr>
    </w:tblStylePr>
    <w:tblStylePr w:type="firstCol">
      <w:rPr>
        <w:color w:val="FFFFFF"/>
      </w:rPr>
      <w:tblPr/>
      <w:tcPr>
        <w:shd w:val="clear" w:color="auto" w:fill="31849B"/>
      </w:tcPr>
    </w:tblStylePr>
    <w:tblStylePr w:type="lastCol">
      <w:rPr>
        <w:color w:val="FFFFFF"/>
      </w:rPr>
      <w:tblPr/>
      <w:tcPr>
        <w:shd w:val="clear" w:color="auto" w:fill="31849B"/>
      </w:tcPr>
    </w:tblStylePr>
    <w:tblStylePr w:type="band1Vert">
      <w:tblPr/>
      <w:tcPr>
        <w:shd w:val="clear" w:color="auto" w:fill="A5D5E2"/>
      </w:tcPr>
    </w:tblStylePr>
    <w:tblStylePr w:type="band1Horz">
      <w:tblPr/>
      <w:tcPr>
        <w:shd w:val="clear" w:color="auto" w:fill="A5D5E2"/>
      </w:tcPr>
    </w:tblStylePr>
  </w:style>
  <w:style w:type="table" w:styleId="ColorfulGrid-Accent6">
    <w:name w:val="Colorful Grid Accent 6"/>
    <w:basedOn w:val="TableNormal"/>
    <w:uiPriority w:val="73"/>
    <w:rsid w:val="00CB0664"/>
    <w:rPr>
      <w:color w:val="000000"/>
    </w:rPr>
    <w:tblPr>
      <w:tblStyleRowBandSize w:val="1"/>
      <w:tblStyleColBandSize w:val="1"/>
      <w:tblBorders>
        <w:insideH w:val="single" w:sz="4" w:space="0" w:color="FFFFFF"/>
      </w:tblBorders>
    </w:tblPr>
    <w:tcPr>
      <w:shd w:val="clear" w:color="auto" w:fill="FDE9D9"/>
    </w:tcPr>
    <w:tblStylePr w:type="firstRow">
      <w:rPr>
        <w:b/>
        <w:bCs/>
      </w:rPr>
      <w:tblPr/>
      <w:tcPr>
        <w:shd w:val="clear" w:color="auto" w:fill="FBD4B4"/>
      </w:tcPr>
    </w:tblStylePr>
    <w:tblStylePr w:type="lastRow">
      <w:rPr>
        <w:b/>
        <w:bCs/>
        <w:color w:val="000000"/>
      </w:rPr>
      <w:tblPr/>
      <w:tcPr>
        <w:shd w:val="clear" w:color="auto" w:fill="FBD4B4"/>
      </w:tcPr>
    </w:tblStylePr>
    <w:tblStylePr w:type="firstCol">
      <w:rPr>
        <w:color w:val="FFFFFF"/>
      </w:rPr>
      <w:tblPr/>
      <w:tcPr>
        <w:shd w:val="clear" w:color="auto" w:fill="E36C0A"/>
      </w:tcPr>
    </w:tblStylePr>
    <w:tblStylePr w:type="lastCol">
      <w:rPr>
        <w:color w:val="FFFFFF"/>
      </w:rPr>
      <w:tblPr/>
      <w:tcPr>
        <w:shd w:val="clear" w:color="auto" w:fill="E36C0A"/>
      </w:tcPr>
    </w:tblStylePr>
    <w:tblStylePr w:type="band1Vert">
      <w:tblPr/>
      <w:tcPr>
        <w:shd w:val="clear" w:color="auto" w:fill="FBCAA2"/>
      </w:tcPr>
    </w:tblStylePr>
    <w:tblStylePr w:type="band1Horz">
      <w:tblPr/>
      <w:tcPr>
        <w:shd w:val="clear" w:color="auto" w:fill="FBCAA2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&#3648;&#3629;&#3585;&#3626;&#3634;&#3619;&#3585;&#3636;&#3592;&#3585;&#3634;&#3619;&#3609;&#3633;&#3585;&#3624;&#3638;&#3585;&#3625;&#3634;\&#3649;&#3610;&#3610;&#3610;&#3633;&#3609;&#3607;&#3638;&#3585;&#3648;&#3623;&#3621;&#3634;&#3613;&#3638;&#3585;&#3591;&#3634;&#3609;_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แบบบันทึกเวลาฝึกงาน_</Template>
  <TotalTime>3</TotalTime>
  <Pages>5</Pages>
  <Words>221</Words>
  <Characters>1260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1479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ณัฐกร สีถา</dc:creator>
  <cp:keywords/>
  <dc:description>generated by python-docx</dc:description>
  <cp:lastModifiedBy>ณัฐกร สีถา</cp:lastModifiedBy>
  <cp:revision>4</cp:revision>
  <dcterms:created xsi:type="dcterms:W3CDTF">2025-06-07T07:36:00Z</dcterms:created>
  <dcterms:modified xsi:type="dcterms:W3CDTF">2025-06-11T09:17:00Z</dcterms:modified>
  <cp:category/>
</cp:coreProperties>
</file>