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2656"/>
        <w:gridCol w:w="3258"/>
        <w:gridCol w:w="2726"/>
      </w:tblGrid>
      <w:tr w:rsidR="00872A0B" w:rsidRPr="00872A0B" w14:paraId="5DF26AD1" w14:textId="77777777" w:rsidTr="00872A0B">
        <w:trPr>
          <w:trHeight w:val="1985"/>
        </w:trPr>
        <w:tc>
          <w:tcPr>
            <w:tcW w:w="2784" w:type="dxa"/>
          </w:tcPr>
          <w:p w14:paraId="083A1716" w14:textId="15CD9B3F" w:rsidR="00872A0B" w:rsidRPr="00872A0B" w:rsidRDefault="00F15015">
            <w:pPr>
              <w:jc w:val="center"/>
            </w:pPr>
            <w:r w:rsidRPr="00766595">
              <w:rPr>
                <w:noProof/>
              </w:rPr>
              <w:drawing>
                <wp:inline distT="0" distB="0" distL="0" distR="0" wp14:anchorId="118CEC9A" wp14:editId="406C4CDD">
                  <wp:extent cx="990600" cy="990600"/>
                  <wp:effectExtent l="0" t="0" r="0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8" w:type="dxa"/>
          </w:tcPr>
          <w:p w14:paraId="37944A36" w14:textId="77777777" w:rsidR="00872A0B" w:rsidRPr="00872A0B" w:rsidRDefault="00872A0B">
            <w:pPr>
              <w:jc w:val="center"/>
            </w:pPr>
            <w:proofErr w:type="spellStart"/>
            <w:r w:rsidRPr="00872A0B">
              <w:t>แบบบันทึก</w:t>
            </w:r>
            <w:proofErr w:type="spellEnd"/>
            <w:r w:rsidRPr="00872A0B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872A0B">
              <w:t>ปฏิบัติงาน</w:t>
            </w:r>
            <w:proofErr w:type="spellEnd"/>
            <w:r w:rsidRPr="00872A0B">
              <w:br/>
            </w:r>
            <w:proofErr w:type="spellStart"/>
            <w:r w:rsidRPr="00872A0B">
              <w:t>ของนักศึกษาฝึกประสบการณ์วิชาชีพ</w:t>
            </w:r>
            <w:proofErr w:type="spellEnd"/>
            <w:r w:rsidRPr="00872A0B">
              <w:br/>
            </w:r>
            <w:proofErr w:type="spellStart"/>
            <w:r w:rsidRPr="00872A0B">
              <w:t>คณะวิทยาการจัดการ</w:t>
            </w:r>
            <w:proofErr w:type="spellEnd"/>
            <w:r w:rsidRPr="00872A0B">
              <w:t xml:space="preserve"> </w:t>
            </w:r>
            <w:proofErr w:type="spellStart"/>
            <w:r w:rsidRPr="00872A0B">
              <w:t>มหาวิทยาลัยราชภัฏมหาสารคาม</w:t>
            </w:r>
            <w:proofErr w:type="spellEnd"/>
          </w:p>
        </w:tc>
        <w:tc>
          <w:tcPr>
            <w:tcW w:w="2814" w:type="dxa"/>
          </w:tcPr>
          <w:p w14:paraId="4EEFBB54" w14:textId="6E088DBC" w:rsidR="00872A0B" w:rsidRPr="00872A0B" w:rsidRDefault="00F15015">
            <w:pPr>
              <w:jc w:val="center"/>
            </w:pPr>
            <w:r w:rsidRPr="00766595">
              <w:rPr>
                <w:noProof/>
              </w:rPr>
              <w:drawing>
                <wp:inline distT="0" distB="0" distL="0" distR="0" wp14:anchorId="665D9B40" wp14:editId="7DA64095">
                  <wp:extent cx="1211580" cy="1211580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1580" cy="1211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7F8C3F2" w14:textId="77777777" w:rsidR="00872A0B" w:rsidRPr="00F560E6" w:rsidRDefault="00872A0B" w:rsidP="00872A0B">
      <w:pPr>
        <w:spacing w:after="0"/>
        <w:rPr>
          <w:vanish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781"/>
        <w:gridCol w:w="5859"/>
      </w:tblGrid>
      <w:tr w:rsidR="00872A0B" w:rsidRPr="00872A0B" w14:paraId="6E927C72" w14:textId="77777777">
        <w:tc>
          <w:tcPr>
            <w:tcW w:w="2822" w:type="dxa"/>
            <w:shd w:val="clear" w:color="auto" w:fill="auto"/>
          </w:tcPr>
          <w:p w14:paraId="5D81E398" w14:textId="77777777" w:rsidR="00872A0B" w:rsidRPr="00872A0B" w:rsidRDefault="00872A0B">
            <w:pPr>
              <w:spacing w:after="0" w:line="240" w:lineRule="auto"/>
            </w:pPr>
            <w:proofErr w:type="spellStart"/>
            <w:r w:rsidRPr="00872A0B">
              <w:t>ชื่อ-สกุลนักศึกษา</w:t>
            </w:r>
            <w:proofErr w:type="spellEnd"/>
            <w:r w:rsidRPr="00872A0B">
              <w:t>:</w:t>
            </w:r>
          </w:p>
        </w:tc>
        <w:tc>
          <w:tcPr>
            <w:tcW w:w="6034" w:type="dxa"/>
            <w:shd w:val="clear" w:color="auto" w:fill="auto"/>
          </w:tcPr>
          <w:p w14:paraId="5B051F66" w14:textId="77777777" w:rsidR="00872A0B" w:rsidRPr="00872A0B" w:rsidRDefault="00872A0B">
            <w:pPr>
              <w:spacing w:after="0" w:line="240" w:lineRule="auto"/>
            </w:pPr>
          </w:p>
        </w:tc>
      </w:tr>
      <w:tr w:rsidR="00872A0B" w:rsidRPr="00872A0B" w14:paraId="77204DF9" w14:textId="77777777">
        <w:tc>
          <w:tcPr>
            <w:tcW w:w="2822" w:type="dxa"/>
            <w:shd w:val="clear" w:color="auto" w:fill="auto"/>
          </w:tcPr>
          <w:p w14:paraId="04BD0CF1" w14:textId="77777777" w:rsidR="00872A0B" w:rsidRPr="00872A0B" w:rsidRDefault="00872A0B">
            <w:pPr>
              <w:spacing w:after="0" w:line="240" w:lineRule="auto"/>
            </w:pPr>
            <w:proofErr w:type="spellStart"/>
            <w:r w:rsidRPr="00872A0B">
              <w:t>รหัสนักศึกษา</w:t>
            </w:r>
            <w:proofErr w:type="spellEnd"/>
            <w:r w:rsidRPr="00872A0B">
              <w:t>:</w:t>
            </w:r>
          </w:p>
        </w:tc>
        <w:tc>
          <w:tcPr>
            <w:tcW w:w="6034" w:type="dxa"/>
            <w:shd w:val="clear" w:color="auto" w:fill="auto"/>
          </w:tcPr>
          <w:p w14:paraId="63A61FD6" w14:textId="77777777" w:rsidR="00872A0B" w:rsidRPr="00872A0B" w:rsidRDefault="00872A0B">
            <w:pPr>
              <w:spacing w:after="0" w:line="240" w:lineRule="auto"/>
            </w:pPr>
          </w:p>
        </w:tc>
      </w:tr>
      <w:tr w:rsidR="00872A0B" w:rsidRPr="00872A0B" w14:paraId="14EBB158" w14:textId="77777777">
        <w:tc>
          <w:tcPr>
            <w:tcW w:w="2822" w:type="dxa"/>
            <w:shd w:val="clear" w:color="auto" w:fill="auto"/>
          </w:tcPr>
          <w:p w14:paraId="2D5C459D" w14:textId="77777777" w:rsidR="00872A0B" w:rsidRPr="00872A0B" w:rsidRDefault="00872A0B">
            <w:pPr>
              <w:spacing w:after="0" w:line="240" w:lineRule="auto"/>
            </w:pPr>
            <w:proofErr w:type="spellStart"/>
            <w:r w:rsidRPr="00872A0B">
              <w:t>สาขาวิชา</w:t>
            </w:r>
            <w:proofErr w:type="spellEnd"/>
            <w:r w:rsidRPr="00872A0B">
              <w:t>:</w:t>
            </w:r>
          </w:p>
        </w:tc>
        <w:tc>
          <w:tcPr>
            <w:tcW w:w="6034" w:type="dxa"/>
            <w:shd w:val="clear" w:color="auto" w:fill="auto"/>
          </w:tcPr>
          <w:p w14:paraId="47E77120" w14:textId="77777777" w:rsidR="00872A0B" w:rsidRPr="00872A0B" w:rsidRDefault="00872A0B">
            <w:pPr>
              <w:spacing w:after="0" w:line="240" w:lineRule="auto"/>
            </w:pPr>
          </w:p>
        </w:tc>
      </w:tr>
      <w:tr w:rsidR="00872A0B" w:rsidRPr="00872A0B" w14:paraId="5CD0FCE2" w14:textId="77777777">
        <w:tc>
          <w:tcPr>
            <w:tcW w:w="2822" w:type="dxa"/>
            <w:shd w:val="clear" w:color="auto" w:fill="auto"/>
          </w:tcPr>
          <w:p w14:paraId="30FF32D8" w14:textId="77777777" w:rsidR="00872A0B" w:rsidRPr="00872A0B" w:rsidRDefault="00872A0B">
            <w:pPr>
              <w:spacing w:after="0" w:line="240" w:lineRule="auto"/>
            </w:pPr>
            <w:proofErr w:type="spellStart"/>
            <w:r w:rsidRPr="00872A0B">
              <w:t>สถานที่ฝึกงาน</w:t>
            </w:r>
            <w:proofErr w:type="spellEnd"/>
            <w:r w:rsidRPr="00872A0B">
              <w:t>:</w:t>
            </w:r>
          </w:p>
        </w:tc>
        <w:tc>
          <w:tcPr>
            <w:tcW w:w="6034" w:type="dxa"/>
            <w:shd w:val="clear" w:color="auto" w:fill="auto"/>
          </w:tcPr>
          <w:p w14:paraId="494E52F2" w14:textId="77777777" w:rsidR="00872A0B" w:rsidRPr="00872A0B" w:rsidRDefault="00872A0B">
            <w:pPr>
              <w:spacing w:after="0" w:line="240" w:lineRule="auto"/>
            </w:pPr>
          </w:p>
        </w:tc>
      </w:tr>
      <w:tr w:rsidR="00872A0B" w:rsidRPr="00872A0B" w14:paraId="0D73E38E" w14:textId="77777777">
        <w:tc>
          <w:tcPr>
            <w:tcW w:w="2822" w:type="dxa"/>
            <w:shd w:val="clear" w:color="auto" w:fill="auto"/>
          </w:tcPr>
          <w:p w14:paraId="58824450" w14:textId="059674E0" w:rsidR="00872A0B" w:rsidRPr="00872A0B" w:rsidRDefault="00872A0B">
            <w:pPr>
              <w:spacing w:after="0" w:line="240" w:lineRule="auto"/>
            </w:pPr>
            <w:proofErr w:type="spellStart"/>
            <w:r w:rsidRPr="00872A0B">
              <w:t>ชื่อ</w:t>
            </w:r>
            <w:proofErr w:type="spellEnd"/>
            <w:r w:rsidR="00835CA4">
              <w:rPr>
                <w:rFonts w:cs="TH SarabunPSK" w:hint="cs"/>
                <w:szCs w:val="32"/>
                <w:cs/>
                <w:lang w:bidi="th-TH"/>
              </w:rPr>
              <w:t>ผู้ดูแลนักศึกษา</w:t>
            </w:r>
            <w:r w:rsidRPr="00872A0B">
              <w:t>:</w:t>
            </w:r>
          </w:p>
        </w:tc>
        <w:tc>
          <w:tcPr>
            <w:tcW w:w="6034" w:type="dxa"/>
            <w:shd w:val="clear" w:color="auto" w:fill="auto"/>
          </w:tcPr>
          <w:p w14:paraId="1883A594" w14:textId="77777777" w:rsidR="00872A0B" w:rsidRPr="00872A0B" w:rsidRDefault="00872A0B">
            <w:pPr>
              <w:spacing w:after="0" w:line="240" w:lineRule="auto"/>
            </w:pPr>
          </w:p>
        </w:tc>
      </w:tr>
    </w:tbl>
    <w:p w14:paraId="31ED6852" w14:textId="77777777" w:rsidR="00872A0B" w:rsidRPr="00872A0B" w:rsidRDefault="00872A0B" w:rsidP="00872A0B">
      <w:pPr>
        <w:spacing w:after="0" w:line="240" w:lineRule="auto"/>
        <w:rPr>
          <w:rFonts w:cs="TH SarabunPSK"/>
          <w:szCs w:val="32"/>
        </w:rPr>
      </w:pPr>
      <w:r>
        <w:br/>
      </w:r>
      <w:r w:rsidRPr="00872A0B">
        <w:rPr>
          <w:rFonts w:cs="TH SarabunPSK" w:hint="cs"/>
          <w:b/>
          <w:bCs/>
          <w:szCs w:val="32"/>
          <w:cs/>
          <w:lang w:bidi="th-TH"/>
        </w:rPr>
        <w:t>คำชี้แจง</w:t>
      </w:r>
      <w:r w:rsidRPr="00872A0B">
        <w:rPr>
          <w:rFonts w:cs="TH SarabunPSK" w:hint="cs"/>
          <w:szCs w:val="32"/>
        </w:rPr>
        <w:br/>
      </w:r>
      <w:r>
        <w:rPr>
          <w:rFonts w:cs="TH SarabunPSK" w:hint="cs"/>
          <w:szCs w:val="32"/>
          <w:cs/>
          <w:lang w:bidi="th-TH"/>
        </w:rPr>
        <w:t xml:space="preserve"> </w:t>
      </w:r>
      <w:r>
        <w:rPr>
          <w:rFonts w:cs="TH SarabunPSK"/>
          <w:szCs w:val="32"/>
          <w:cs/>
          <w:lang w:bidi="th-TH"/>
        </w:rPr>
        <w:tab/>
      </w:r>
      <w:r w:rsidRPr="00872A0B">
        <w:rPr>
          <w:rFonts w:cs="TH SarabunPSK" w:hint="cs"/>
          <w:szCs w:val="32"/>
          <w:cs/>
          <w:lang w:bidi="th-TH"/>
        </w:rPr>
        <w:t>แบบฟอร์มฉบับนี้จัดทำขึ้นเพื่อใช้ในการบันทึกรายละเอียดการปฏิบัติงานของนักศึกษาฝึกประสบการณ์วิชาชีพ โดยมีวัตถุประสงค์เพื่อใช้เป็นหลักฐานการเข้าฝึกงานและประเมินผลการปฏิบัติงานในแต่ละวัน</w:t>
      </w:r>
    </w:p>
    <w:p w14:paraId="7BC7F24B" w14:textId="77777777" w:rsidR="00872A0B" w:rsidRPr="00872A0B" w:rsidRDefault="00872A0B" w:rsidP="00872A0B">
      <w:pPr>
        <w:spacing w:after="0" w:line="240" w:lineRule="auto"/>
        <w:rPr>
          <w:rFonts w:cs="TH SarabunPSK"/>
          <w:szCs w:val="32"/>
        </w:rPr>
      </w:pPr>
      <w:r w:rsidRPr="00872A0B">
        <w:rPr>
          <w:rFonts w:cs="TH SarabunPSK" w:hint="cs"/>
          <w:b/>
          <w:bCs/>
          <w:szCs w:val="32"/>
          <w:cs/>
          <w:lang w:bidi="th-TH"/>
        </w:rPr>
        <w:t>แนวทางการกรอกแบบฟอร์ม:</w:t>
      </w:r>
    </w:p>
    <w:p w14:paraId="40A725A7" w14:textId="77777777" w:rsidR="00872A0B" w:rsidRPr="00872A0B" w:rsidRDefault="00872A0B" w:rsidP="00872A0B">
      <w:pPr>
        <w:numPr>
          <w:ilvl w:val="0"/>
          <w:numId w:val="10"/>
        </w:numPr>
        <w:spacing w:after="0" w:line="240" w:lineRule="auto"/>
        <w:rPr>
          <w:rFonts w:cs="TH SarabunPSK"/>
          <w:szCs w:val="32"/>
        </w:rPr>
      </w:pP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>นักศึกษา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จะต้องกรอก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>วันที่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และ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>รายละเอียดงานที่ปฏิบัติ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อย่างชัดเจน และครบถ้วนในแต่ละวัน</w:t>
      </w:r>
    </w:p>
    <w:p w14:paraId="675C3BA0" w14:textId="77777777" w:rsidR="00872A0B" w:rsidRPr="00872A0B" w:rsidRDefault="00872A0B" w:rsidP="00872A0B">
      <w:pPr>
        <w:numPr>
          <w:ilvl w:val="0"/>
          <w:numId w:val="10"/>
        </w:numPr>
        <w:spacing w:after="0" w:line="240" w:lineRule="auto"/>
        <w:rPr>
          <w:rFonts w:cs="TH SarabunPSK"/>
          <w:szCs w:val="32"/>
        </w:rPr>
      </w:pP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>พี่เลี้ยงประจำหน่วยงาน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ควรตรวจสอบข้อมูลและลง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>ลายเซ็น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รับรองการปฏิบัติงาน</w:t>
      </w: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b/>
          <w:bCs/>
          <w:szCs w:val="32"/>
          <w:cs/>
          <w:lang w:bidi="th-TH"/>
        </w:rPr>
        <w:t xml:space="preserve">อย่างน้อยสัปดาห์ละ </w:t>
      </w:r>
      <w:r w:rsidRPr="00872A0B">
        <w:rPr>
          <w:rFonts w:cs="TH SarabunPSK" w:hint="cs"/>
          <w:b/>
          <w:bCs/>
          <w:szCs w:val="32"/>
        </w:rPr>
        <w:t xml:space="preserve">1 </w:t>
      </w:r>
      <w:r w:rsidRPr="00872A0B">
        <w:rPr>
          <w:rFonts w:cs="TH SarabunPSK" w:hint="cs"/>
          <w:b/>
          <w:bCs/>
          <w:szCs w:val="32"/>
          <w:cs/>
          <w:lang w:bidi="th-TH"/>
        </w:rPr>
        <w:t>ครั้ง</w:t>
      </w:r>
    </w:p>
    <w:p w14:paraId="58685FA9" w14:textId="77777777" w:rsidR="00872A0B" w:rsidRPr="00872A0B" w:rsidRDefault="00872A0B" w:rsidP="00872A0B">
      <w:pPr>
        <w:numPr>
          <w:ilvl w:val="0"/>
          <w:numId w:val="10"/>
        </w:numPr>
        <w:spacing w:after="0" w:line="240" w:lineRule="auto"/>
        <w:rPr>
          <w:rFonts w:cs="TH SarabunPSK"/>
          <w:szCs w:val="32"/>
        </w:rPr>
      </w:pPr>
      <w:r w:rsidRPr="00872A0B">
        <w:rPr>
          <w:rFonts w:cs="TH SarabunPSK" w:hint="cs"/>
          <w:szCs w:val="32"/>
        </w:rPr>
        <w:t xml:space="preserve"> </w:t>
      </w:r>
      <w:r w:rsidRPr="00872A0B">
        <w:rPr>
          <w:rFonts w:cs="TH SarabunPSK" w:hint="cs"/>
          <w:szCs w:val="32"/>
          <w:cs/>
          <w:lang w:bidi="th-TH"/>
        </w:rPr>
        <w:t>นักศึกษาควรเก็บรักษาแบบฟอร์มนี้ให้เรียบร้อย และนำส่งอาจารย์นิเทศเมื่อต้องมีการตรวจเยี่ยม หรือสิ้นสุดการฝึกงาน</w:t>
      </w:r>
    </w:p>
    <w:p w14:paraId="372ABDDF" w14:textId="77777777" w:rsidR="00872A0B" w:rsidRDefault="00872A0B" w:rsidP="00872A0B">
      <w:pPr>
        <w:spacing w:after="0" w:line="240" w:lineRule="auto"/>
        <w:rPr>
          <w:rFonts w:cs="TH SarabunPSK"/>
          <w:szCs w:val="32"/>
        </w:rPr>
      </w:pPr>
      <w:r w:rsidRPr="00872A0B">
        <w:rPr>
          <w:rFonts w:cs="TH SarabunPSK" w:hint="cs"/>
          <w:b/>
          <w:bCs/>
          <w:szCs w:val="32"/>
          <w:cs/>
          <w:lang w:bidi="th-TH"/>
        </w:rPr>
        <w:t>หมายเหตุ</w:t>
      </w:r>
      <w:r w:rsidRPr="00872A0B">
        <w:rPr>
          <w:rFonts w:cs="TH SarabunPSK" w:hint="cs"/>
          <w:szCs w:val="32"/>
        </w:rPr>
        <w:br/>
      </w:r>
      <w:r>
        <w:rPr>
          <w:rFonts w:cs="TH SarabunPSK" w:hint="cs"/>
          <w:szCs w:val="32"/>
          <w:cs/>
          <w:lang w:bidi="th-TH"/>
        </w:rPr>
        <w:t xml:space="preserve"> </w:t>
      </w:r>
      <w:r>
        <w:rPr>
          <w:rFonts w:cs="TH SarabunPSK"/>
          <w:szCs w:val="32"/>
          <w:cs/>
          <w:lang w:bidi="th-TH"/>
        </w:rPr>
        <w:tab/>
      </w:r>
      <w:r w:rsidRPr="00872A0B">
        <w:rPr>
          <w:rFonts w:cs="TH SarabunPSK" w:hint="cs"/>
          <w:szCs w:val="32"/>
          <w:cs/>
          <w:lang w:bidi="th-TH"/>
        </w:rPr>
        <w:t>การบันทึกข้อมูลที่ถูกต้องและต่อเนื่องจะช่วยสะท้อนความรับผิดชอบและวินัยในการปฏิบัติงานของนักศึกษา ซึ่งเป็นส่วนหนึ่งในการประเมินผลฝึกงานอย่างครบถ้วน</w:t>
      </w:r>
    </w:p>
    <w:p w14:paraId="7DC2E7EE" w14:textId="77777777" w:rsidR="00872A0B" w:rsidRDefault="00872A0B" w:rsidP="00872A0B">
      <w:pPr>
        <w:spacing w:after="0" w:line="240" w:lineRule="auto"/>
        <w:rPr>
          <w:rFonts w:cs="TH SarabunPSK"/>
          <w:szCs w:val="32"/>
        </w:rPr>
      </w:pPr>
    </w:p>
    <w:p w14:paraId="39488016" w14:textId="77777777" w:rsidR="00872A0B" w:rsidRDefault="00872A0B" w:rsidP="00872A0B">
      <w:pPr>
        <w:spacing w:after="0" w:line="240" w:lineRule="auto"/>
        <w:rPr>
          <w:rFonts w:cs="TH SarabunPSK"/>
          <w:szCs w:val="32"/>
        </w:rPr>
      </w:pPr>
    </w:p>
    <w:p w14:paraId="2D6691C0" w14:textId="77777777" w:rsidR="00872A0B" w:rsidRDefault="00872A0B" w:rsidP="00872A0B">
      <w:pPr>
        <w:spacing w:after="0" w:line="240" w:lineRule="auto"/>
        <w:rPr>
          <w:rFonts w:cs="TH SarabunPSK"/>
          <w:szCs w:val="32"/>
        </w:rPr>
      </w:pPr>
    </w:p>
    <w:p w14:paraId="52F250B6" w14:textId="77777777" w:rsidR="00872A0B" w:rsidRPr="00872A0B" w:rsidRDefault="00872A0B" w:rsidP="00872A0B">
      <w:pPr>
        <w:spacing w:after="0" w:line="240" w:lineRule="auto"/>
        <w:rPr>
          <w:rFonts w:cs="TH SarabunPSK"/>
          <w:szCs w:val="32"/>
        </w:rPr>
      </w:pPr>
    </w:p>
    <w:p w14:paraId="350F276A" w14:textId="77777777" w:rsidR="00646548" w:rsidRPr="00872A0B" w:rsidRDefault="00872A0B">
      <w:pPr>
        <w:rPr>
          <w:b/>
          <w:bCs/>
        </w:rPr>
      </w:pPr>
      <w:r>
        <w:lastRenderedPageBreak/>
        <w:br/>
      </w:r>
      <w:proofErr w:type="spellStart"/>
      <w:r w:rsidRPr="00872A0B">
        <w:rPr>
          <w:b/>
          <w:bCs/>
        </w:rPr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872A0B" w:rsidRPr="00872A0B" w14:paraId="47E3DC45" w14:textId="77777777" w:rsidTr="00872A0B">
        <w:tc>
          <w:tcPr>
            <w:tcW w:w="2880" w:type="dxa"/>
            <w:shd w:val="clear" w:color="auto" w:fill="auto"/>
          </w:tcPr>
          <w:p w14:paraId="2167EA6C" w14:textId="011B0C7C" w:rsidR="00872A0B" w:rsidRPr="001C2645" w:rsidRDefault="00872A0B" w:rsidP="00872A0B">
            <w:pPr>
              <w:spacing w:after="0" w:line="240" w:lineRule="auto"/>
              <w:rPr>
                <w:rFonts w:cs="TH SarabunPSK"/>
                <w:szCs w:val="32"/>
                <w:cs/>
                <w:lang w:bidi="th-TH"/>
              </w:rPr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="000E3415" w:rsidRPr="001C2645">
              <w:rPr>
                <w:rFonts w:cs="TH SarabunPSK" w:hint="cs"/>
                <w:szCs w:val="32"/>
                <w:lang w:bidi="th-TH"/>
              </w:rPr>
              <w:t>/</w:t>
            </w:r>
            <w:r w:rsidR="000E3415"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2A98EDB4" w14:textId="0A62F187" w:rsidR="00872A0B" w:rsidRPr="001C2645" w:rsidRDefault="00872A0B" w:rsidP="00872A0B">
            <w:pPr>
              <w:spacing w:after="0" w:line="240" w:lineRule="auto"/>
              <w:rPr>
                <w:rFonts w:cs="TH SarabunPSK"/>
                <w:szCs w:val="32"/>
                <w:cs/>
                <w:lang w:bidi="th-TH"/>
              </w:rPr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="00DB560C"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="00F15015"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08513591" w14:textId="77777777" w:rsidTr="00872A0B">
        <w:tc>
          <w:tcPr>
            <w:tcW w:w="2880" w:type="dxa"/>
            <w:shd w:val="clear" w:color="auto" w:fill="auto"/>
          </w:tcPr>
          <w:p w14:paraId="0B8620A8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39F7B7D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768291C" w14:textId="77777777" w:rsidTr="00872A0B">
        <w:tc>
          <w:tcPr>
            <w:tcW w:w="2880" w:type="dxa"/>
            <w:shd w:val="clear" w:color="auto" w:fill="auto"/>
          </w:tcPr>
          <w:p w14:paraId="2E80B64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1ADD508E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C939439" w14:textId="77777777" w:rsidTr="00872A0B">
        <w:tc>
          <w:tcPr>
            <w:tcW w:w="2880" w:type="dxa"/>
            <w:shd w:val="clear" w:color="auto" w:fill="auto"/>
          </w:tcPr>
          <w:p w14:paraId="31FDE2A0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3EBEA97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571084A3" w14:textId="77777777" w:rsidTr="00872A0B">
        <w:tc>
          <w:tcPr>
            <w:tcW w:w="2880" w:type="dxa"/>
            <w:shd w:val="clear" w:color="auto" w:fill="auto"/>
          </w:tcPr>
          <w:p w14:paraId="04AA21C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DDFA02D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4BDEC909" w14:textId="77777777" w:rsidTr="00872A0B">
        <w:tc>
          <w:tcPr>
            <w:tcW w:w="2880" w:type="dxa"/>
            <w:shd w:val="clear" w:color="auto" w:fill="auto"/>
          </w:tcPr>
          <w:p w14:paraId="2FBD3416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88405CA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6B479AAA" w14:textId="77777777" w:rsidTr="00872A0B">
        <w:tc>
          <w:tcPr>
            <w:tcW w:w="2880" w:type="dxa"/>
            <w:shd w:val="clear" w:color="auto" w:fill="auto"/>
          </w:tcPr>
          <w:p w14:paraId="3CD33004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CE5E9D0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7DFF3D07" w14:textId="77777777" w:rsidTr="00872A0B">
        <w:tc>
          <w:tcPr>
            <w:tcW w:w="2880" w:type="dxa"/>
            <w:shd w:val="clear" w:color="auto" w:fill="auto"/>
          </w:tcPr>
          <w:p w14:paraId="35055E40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29FD85B5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43D5324C" w14:textId="1F6E238D" w:rsidR="00646548" w:rsidRDefault="00872A0B">
      <w:r>
        <w:br/>
      </w:r>
      <w:r w:rsidRPr="00872A0B">
        <w:rPr>
          <w:rFonts w:cs="TH SarabunPSK" w:hint="cs"/>
          <w:szCs w:val="32"/>
        </w:rPr>
        <w:t>(                                      )</w:t>
      </w:r>
      <w:r w:rsidRPr="00872A0B">
        <w:rPr>
          <w:rFonts w:cs="TH SarabunPSK" w:hint="cs"/>
          <w:szCs w:val="32"/>
        </w:rPr>
        <w:br/>
      </w:r>
      <w:r>
        <w:rPr>
          <w:rFonts w:cs="TH SarabunPSK" w:hint="cs"/>
          <w:szCs w:val="32"/>
          <w:cs/>
          <w:lang w:bidi="th-TH"/>
        </w:rPr>
        <w:t xml:space="preserve">  </w:t>
      </w:r>
      <w:r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r>
        <w:br/>
      </w:r>
      <w:r>
        <w:br/>
      </w:r>
      <w:proofErr w:type="spellStart"/>
      <w:r>
        <w:t>หมายเหตุ</w:t>
      </w:r>
      <w:proofErr w:type="spellEnd"/>
      <w:r>
        <w:t xml:space="preserve">: </w:t>
      </w:r>
      <w:proofErr w:type="spellStart"/>
      <w:r>
        <w:t>กรุณาลงลายเซ็น</w:t>
      </w:r>
      <w:proofErr w:type="spellEnd"/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>
        <w:t>สัปดาห์</w:t>
      </w:r>
      <w:proofErr w:type="spellEnd"/>
      <w:r>
        <w:t xml:space="preserve"> </w:t>
      </w:r>
      <w:proofErr w:type="spellStart"/>
      <w:r>
        <w:t>เพื่อรับรองการปฏิบัติงานของนักศึกษา</w:t>
      </w:r>
      <w:proofErr w:type="spellEnd"/>
    </w:p>
    <w:p w14:paraId="64F77815" w14:textId="77777777" w:rsidR="00872A0B" w:rsidRPr="00872A0B" w:rsidRDefault="00872A0B" w:rsidP="00872A0B">
      <w:pPr>
        <w:rPr>
          <w:b/>
          <w:bCs/>
        </w:rPr>
      </w:pPr>
      <w:proofErr w:type="spellStart"/>
      <w:r w:rsidRPr="00872A0B">
        <w:rPr>
          <w:b/>
          <w:bCs/>
        </w:rPr>
        <w:lastRenderedPageBreak/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1C2645" w:rsidRPr="00872A0B" w14:paraId="1BCAA5DD" w14:textId="77777777" w:rsidTr="00872A0B">
        <w:tc>
          <w:tcPr>
            <w:tcW w:w="2880" w:type="dxa"/>
            <w:shd w:val="clear" w:color="auto" w:fill="auto"/>
          </w:tcPr>
          <w:p w14:paraId="04C69BBE" w14:textId="02281440" w:rsidR="001C2645" w:rsidRPr="00872A0B" w:rsidRDefault="001C2645" w:rsidP="001C2645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525180E5" w14:textId="753CE9F5" w:rsidR="001C2645" w:rsidRPr="00872A0B" w:rsidRDefault="001C2645" w:rsidP="001C2645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2AC734C4" w14:textId="77777777" w:rsidTr="00872A0B">
        <w:tc>
          <w:tcPr>
            <w:tcW w:w="2880" w:type="dxa"/>
            <w:shd w:val="clear" w:color="auto" w:fill="auto"/>
          </w:tcPr>
          <w:p w14:paraId="4849CC80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523733B3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1C24715F" w14:textId="77777777" w:rsidTr="00872A0B">
        <w:tc>
          <w:tcPr>
            <w:tcW w:w="2880" w:type="dxa"/>
            <w:shd w:val="clear" w:color="auto" w:fill="auto"/>
          </w:tcPr>
          <w:p w14:paraId="37401BC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17622DE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52BA7AC7" w14:textId="77777777" w:rsidTr="00872A0B">
        <w:tc>
          <w:tcPr>
            <w:tcW w:w="2880" w:type="dxa"/>
            <w:shd w:val="clear" w:color="auto" w:fill="auto"/>
          </w:tcPr>
          <w:p w14:paraId="3D1E115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58D2468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15860DC8" w14:textId="77777777" w:rsidTr="00872A0B">
        <w:tc>
          <w:tcPr>
            <w:tcW w:w="2880" w:type="dxa"/>
            <w:shd w:val="clear" w:color="auto" w:fill="auto"/>
          </w:tcPr>
          <w:p w14:paraId="57050BB1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79E789D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01925455" w14:textId="77777777" w:rsidTr="00872A0B">
        <w:tc>
          <w:tcPr>
            <w:tcW w:w="2880" w:type="dxa"/>
            <w:shd w:val="clear" w:color="auto" w:fill="auto"/>
          </w:tcPr>
          <w:p w14:paraId="52CB771D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62A57BFC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20E8527E" w14:textId="77777777" w:rsidTr="00872A0B">
        <w:tc>
          <w:tcPr>
            <w:tcW w:w="2880" w:type="dxa"/>
            <w:shd w:val="clear" w:color="auto" w:fill="auto"/>
          </w:tcPr>
          <w:p w14:paraId="65B9F5ED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2A1C7604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3CF6D4F" w14:textId="77777777" w:rsidTr="00872A0B">
        <w:tc>
          <w:tcPr>
            <w:tcW w:w="2880" w:type="dxa"/>
            <w:shd w:val="clear" w:color="auto" w:fill="auto"/>
          </w:tcPr>
          <w:p w14:paraId="0BB179DA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29C5E03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37A14FD5" w14:textId="58C27708" w:rsidR="00872A0B" w:rsidRDefault="00872A0B" w:rsidP="00872A0B">
      <w:r>
        <w:br/>
      </w:r>
      <w:r w:rsidR="00364200" w:rsidRPr="00872A0B">
        <w:rPr>
          <w:rFonts w:cs="TH SarabunPSK" w:hint="cs"/>
          <w:szCs w:val="32"/>
        </w:rPr>
        <w:t>(                                      )</w:t>
      </w:r>
      <w:r w:rsidR="00364200" w:rsidRPr="00872A0B">
        <w:rPr>
          <w:rFonts w:cs="TH SarabunPSK" w:hint="cs"/>
          <w:szCs w:val="32"/>
        </w:rPr>
        <w:br/>
      </w:r>
      <w:r w:rsidR="00364200">
        <w:rPr>
          <w:rFonts w:cs="TH SarabunPSK" w:hint="cs"/>
          <w:szCs w:val="32"/>
          <w:cs/>
          <w:lang w:bidi="th-TH"/>
        </w:rPr>
        <w:t xml:space="preserve">  </w:t>
      </w:r>
      <w:r w:rsidR="00364200"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r w:rsidR="00364200">
        <w:br/>
      </w:r>
      <w:r w:rsidR="00364200">
        <w:br/>
      </w:r>
      <w:proofErr w:type="spellStart"/>
      <w:r w:rsidR="00364200">
        <w:t>หมายเหตุ</w:t>
      </w:r>
      <w:proofErr w:type="spellEnd"/>
      <w:r w:rsidR="00364200">
        <w:t xml:space="preserve">: </w:t>
      </w:r>
      <w:proofErr w:type="spellStart"/>
      <w:r w:rsidR="00364200">
        <w:t>กรุณาลงลายเซ็น</w:t>
      </w:r>
      <w:proofErr w:type="spellEnd"/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 w:rsidR="00364200">
        <w:t>สัปดาห์</w:t>
      </w:r>
      <w:proofErr w:type="spellEnd"/>
      <w:r w:rsidR="00364200">
        <w:t xml:space="preserve"> </w:t>
      </w:r>
      <w:proofErr w:type="spellStart"/>
      <w:r w:rsidR="00364200">
        <w:t>เพื่อรับรองการปฏิบัติงานของนักศึกษา</w:t>
      </w:r>
      <w:proofErr w:type="spellEnd"/>
    </w:p>
    <w:p w14:paraId="428079F1" w14:textId="77777777" w:rsidR="00872A0B" w:rsidRDefault="00872A0B"/>
    <w:p w14:paraId="55D2EB0A" w14:textId="77777777" w:rsidR="00872A0B" w:rsidRPr="00872A0B" w:rsidRDefault="00872A0B" w:rsidP="00872A0B">
      <w:pPr>
        <w:rPr>
          <w:b/>
          <w:bCs/>
        </w:rPr>
      </w:pPr>
      <w:proofErr w:type="spellStart"/>
      <w:r w:rsidRPr="00872A0B">
        <w:rPr>
          <w:b/>
          <w:bCs/>
        </w:rPr>
        <w:lastRenderedPageBreak/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A76550" w:rsidRPr="00872A0B" w14:paraId="170855E8" w14:textId="77777777" w:rsidTr="00872A0B">
        <w:tc>
          <w:tcPr>
            <w:tcW w:w="2880" w:type="dxa"/>
            <w:shd w:val="clear" w:color="auto" w:fill="auto"/>
          </w:tcPr>
          <w:p w14:paraId="178FCC55" w14:textId="083435C5" w:rsidR="00A76550" w:rsidRPr="00872A0B" w:rsidRDefault="00A76550" w:rsidP="00A76550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029E895D" w14:textId="43505CCF" w:rsidR="00A76550" w:rsidRPr="00872A0B" w:rsidRDefault="00A76550" w:rsidP="00A76550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496E5387" w14:textId="77777777" w:rsidTr="00872A0B">
        <w:tc>
          <w:tcPr>
            <w:tcW w:w="2880" w:type="dxa"/>
            <w:shd w:val="clear" w:color="auto" w:fill="auto"/>
          </w:tcPr>
          <w:p w14:paraId="35D463B3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001A045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7731073A" w14:textId="77777777" w:rsidTr="00872A0B">
        <w:tc>
          <w:tcPr>
            <w:tcW w:w="2880" w:type="dxa"/>
            <w:shd w:val="clear" w:color="auto" w:fill="auto"/>
          </w:tcPr>
          <w:p w14:paraId="2887416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67E5D534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5B9740D" w14:textId="77777777" w:rsidTr="00872A0B">
        <w:tc>
          <w:tcPr>
            <w:tcW w:w="2880" w:type="dxa"/>
            <w:shd w:val="clear" w:color="auto" w:fill="auto"/>
          </w:tcPr>
          <w:p w14:paraId="2EEF260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279261AA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4D4C3955" w14:textId="77777777" w:rsidTr="00872A0B">
        <w:tc>
          <w:tcPr>
            <w:tcW w:w="2880" w:type="dxa"/>
            <w:shd w:val="clear" w:color="auto" w:fill="auto"/>
          </w:tcPr>
          <w:p w14:paraId="26A5E087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4A371A9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0E097C58" w14:textId="77777777" w:rsidTr="00872A0B">
        <w:tc>
          <w:tcPr>
            <w:tcW w:w="2880" w:type="dxa"/>
            <w:shd w:val="clear" w:color="auto" w:fill="auto"/>
          </w:tcPr>
          <w:p w14:paraId="00406306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1239B4C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2897E143" w14:textId="77777777" w:rsidTr="00872A0B">
        <w:tc>
          <w:tcPr>
            <w:tcW w:w="2880" w:type="dxa"/>
            <w:shd w:val="clear" w:color="auto" w:fill="auto"/>
          </w:tcPr>
          <w:p w14:paraId="1CF3F3A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55D6B2D8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56E2FC4E" w14:textId="77777777" w:rsidTr="00872A0B">
        <w:tc>
          <w:tcPr>
            <w:tcW w:w="2880" w:type="dxa"/>
            <w:shd w:val="clear" w:color="auto" w:fill="auto"/>
          </w:tcPr>
          <w:p w14:paraId="65A9842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340C56F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5CF61307" w14:textId="11BB6EDF" w:rsidR="00872A0B" w:rsidRDefault="00872A0B" w:rsidP="00872A0B">
      <w:r>
        <w:br/>
      </w:r>
      <w:r w:rsidR="00364200" w:rsidRPr="00872A0B">
        <w:rPr>
          <w:rFonts w:cs="TH SarabunPSK" w:hint="cs"/>
          <w:szCs w:val="32"/>
        </w:rPr>
        <w:t>(                                      )</w:t>
      </w:r>
      <w:r w:rsidR="00364200" w:rsidRPr="00872A0B">
        <w:rPr>
          <w:rFonts w:cs="TH SarabunPSK" w:hint="cs"/>
          <w:szCs w:val="32"/>
        </w:rPr>
        <w:br/>
      </w:r>
      <w:r w:rsidR="00364200">
        <w:rPr>
          <w:rFonts w:cs="TH SarabunPSK" w:hint="cs"/>
          <w:szCs w:val="32"/>
          <w:cs/>
          <w:lang w:bidi="th-TH"/>
        </w:rPr>
        <w:t xml:space="preserve">  </w:t>
      </w:r>
      <w:r w:rsidR="00364200"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r w:rsidR="00364200">
        <w:br/>
      </w:r>
      <w:r w:rsidR="00364200">
        <w:br/>
      </w:r>
      <w:proofErr w:type="spellStart"/>
      <w:r w:rsidR="00364200">
        <w:t>หมายเหตุ</w:t>
      </w:r>
      <w:proofErr w:type="spellEnd"/>
      <w:r w:rsidR="00364200">
        <w:t xml:space="preserve">: </w:t>
      </w:r>
      <w:proofErr w:type="spellStart"/>
      <w:r w:rsidR="00364200">
        <w:t>กรุณาลงลายเซ็น</w:t>
      </w:r>
      <w:proofErr w:type="spellEnd"/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 w:rsidR="00364200">
        <w:t>สัปดาห์</w:t>
      </w:r>
      <w:proofErr w:type="spellEnd"/>
      <w:r w:rsidR="00364200">
        <w:t xml:space="preserve"> </w:t>
      </w:r>
      <w:proofErr w:type="spellStart"/>
      <w:r w:rsidR="00364200">
        <w:t>เพื่อรับรองการปฏิบัติงานของนักศึกษา</w:t>
      </w:r>
      <w:proofErr w:type="spellEnd"/>
    </w:p>
    <w:p w14:paraId="6744D373" w14:textId="77777777" w:rsidR="00872A0B" w:rsidRDefault="00872A0B"/>
    <w:p w14:paraId="5670CFCC" w14:textId="77777777" w:rsidR="00872A0B" w:rsidRPr="00872A0B" w:rsidRDefault="00872A0B" w:rsidP="00872A0B">
      <w:pPr>
        <w:rPr>
          <w:b/>
          <w:bCs/>
        </w:rPr>
      </w:pPr>
      <w:proofErr w:type="spellStart"/>
      <w:r w:rsidRPr="00872A0B">
        <w:rPr>
          <w:b/>
          <w:bCs/>
        </w:rPr>
        <w:lastRenderedPageBreak/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606712" w:rsidRPr="00872A0B" w14:paraId="44468E98" w14:textId="77777777" w:rsidTr="00872A0B">
        <w:tc>
          <w:tcPr>
            <w:tcW w:w="2880" w:type="dxa"/>
            <w:shd w:val="clear" w:color="auto" w:fill="auto"/>
          </w:tcPr>
          <w:p w14:paraId="40E0A9F7" w14:textId="44B8C8BA" w:rsidR="00606712" w:rsidRPr="00872A0B" w:rsidRDefault="00606712" w:rsidP="00606712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05E52EF1" w14:textId="1B0CC27C" w:rsidR="00606712" w:rsidRPr="00872A0B" w:rsidRDefault="00606712" w:rsidP="00606712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30EBFB38" w14:textId="77777777" w:rsidTr="00872A0B">
        <w:tc>
          <w:tcPr>
            <w:tcW w:w="2880" w:type="dxa"/>
            <w:shd w:val="clear" w:color="auto" w:fill="auto"/>
          </w:tcPr>
          <w:p w14:paraId="61D93C27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65E58353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6E3EB787" w14:textId="77777777" w:rsidTr="00872A0B">
        <w:tc>
          <w:tcPr>
            <w:tcW w:w="2880" w:type="dxa"/>
            <w:shd w:val="clear" w:color="auto" w:fill="auto"/>
          </w:tcPr>
          <w:p w14:paraId="681154A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BEA8008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088ECAD7" w14:textId="77777777" w:rsidTr="00872A0B">
        <w:tc>
          <w:tcPr>
            <w:tcW w:w="2880" w:type="dxa"/>
            <w:shd w:val="clear" w:color="auto" w:fill="auto"/>
          </w:tcPr>
          <w:p w14:paraId="7713A35C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76F0139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7873C7A" w14:textId="77777777" w:rsidTr="00872A0B">
        <w:tc>
          <w:tcPr>
            <w:tcW w:w="2880" w:type="dxa"/>
            <w:shd w:val="clear" w:color="auto" w:fill="auto"/>
          </w:tcPr>
          <w:p w14:paraId="6908597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05E2A3E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CF6A93D" w14:textId="77777777" w:rsidTr="00872A0B">
        <w:tc>
          <w:tcPr>
            <w:tcW w:w="2880" w:type="dxa"/>
            <w:shd w:val="clear" w:color="auto" w:fill="auto"/>
          </w:tcPr>
          <w:p w14:paraId="5A27F7C0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A586A66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1BDA87D6" w14:textId="77777777" w:rsidTr="00872A0B">
        <w:tc>
          <w:tcPr>
            <w:tcW w:w="2880" w:type="dxa"/>
            <w:shd w:val="clear" w:color="auto" w:fill="auto"/>
          </w:tcPr>
          <w:p w14:paraId="5DC76F5C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7081355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0F8FBB92" w14:textId="77777777" w:rsidTr="00872A0B">
        <w:tc>
          <w:tcPr>
            <w:tcW w:w="2880" w:type="dxa"/>
            <w:shd w:val="clear" w:color="auto" w:fill="auto"/>
          </w:tcPr>
          <w:p w14:paraId="2999DC0F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E9BF196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181B8CBC" w14:textId="31E1CF04" w:rsidR="00872A0B" w:rsidRDefault="00872A0B" w:rsidP="00872A0B">
      <w:r>
        <w:br/>
      </w:r>
      <w:r w:rsidR="00364200" w:rsidRPr="00872A0B">
        <w:rPr>
          <w:rFonts w:cs="TH SarabunPSK" w:hint="cs"/>
          <w:szCs w:val="32"/>
        </w:rPr>
        <w:t>(                                      )</w:t>
      </w:r>
      <w:r w:rsidR="00364200" w:rsidRPr="00872A0B">
        <w:rPr>
          <w:rFonts w:cs="TH SarabunPSK" w:hint="cs"/>
          <w:szCs w:val="32"/>
        </w:rPr>
        <w:br/>
      </w:r>
      <w:r w:rsidR="00364200">
        <w:rPr>
          <w:rFonts w:cs="TH SarabunPSK" w:hint="cs"/>
          <w:szCs w:val="32"/>
          <w:cs/>
          <w:lang w:bidi="th-TH"/>
        </w:rPr>
        <w:t xml:space="preserve">  </w:t>
      </w:r>
      <w:r w:rsidR="00364200"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r w:rsidR="00364200">
        <w:br/>
      </w:r>
      <w:r w:rsidR="00364200">
        <w:br/>
      </w:r>
      <w:proofErr w:type="spellStart"/>
      <w:r w:rsidR="00364200">
        <w:t>หมายเหตุ</w:t>
      </w:r>
      <w:proofErr w:type="spellEnd"/>
      <w:r w:rsidR="00364200">
        <w:t xml:space="preserve">: </w:t>
      </w:r>
      <w:proofErr w:type="spellStart"/>
      <w:r w:rsidR="00364200">
        <w:t>กรุณาลงลายเซ็น</w:t>
      </w:r>
      <w:proofErr w:type="spellEnd"/>
      <w:r w:rsidR="00364200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 w:rsidR="00364200">
        <w:t>สัปดาห์</w:t>
      </w:r>
      <w:proofErr w:type="spellEnd"/>
      <w:r w:rsidR="00364200">
        <w:t xml:space="preserve"> </w:t>
      </w:r>
      <w:proofErr w:type="spellStart"/>
      <w:r w:rsidR="00364200">
        <w:t>เพื่อรับรองการปฏิบัติงานของนักศึกษา</w:t>
      </w:r>
      <w:proofErr w:type="spellEnd"/>
    </w:p>
    <w:p w14:paraId="73F2C0B7" w14:textId="77777777" w:rsidR="00872A0B" w:rsidRDefault="00872A0B"/>
    <w:p w14:paraId="42D82411" w14:textId="77777777" w:rsidR="00872A0B" w:rsidRPr="00872A0B" w:rsidRDefault="00872A0B" w:rsidP="00872A0B">
      <w:pPr>
        <w:rPr>
          <w:b/>
          <w:bCs/>
        </w:rPr>
      </w:pPr>
      <w:proofErr w:type="spellStart"/>
      <w:r w:rsidRPr="00872A0B">
        <w:rPr>
          <w:b/>
          <w:bCs/>
        </w:rPr>
        <w:lastRenderedPageBreak/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1F3ECE" w:rsidRPr="00872A0B" w14:paraId="1443CBDA" w14:textId="77777777" w:rsidTr="00872A0B">
        <w:tc>
          <w:tcPr>
            <w:tcW w:w="2880" w:type="dxa"/>
            <w:shd w:val="clear" w:color="auto" w:fill="auto"/>
          </w:tcPr>
          <w:p w14:paraId="78EC761E" w14:textId="72CC9872" w:rsidR="001F3ECE" w:rsidRPr="00872A0B" w:rsidRDefault="001F3ECE" w:rsidP="001F3ECE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227C43DA" w14:textId="002E790D" w:rsidR="001F3ECE" w:rsidRPr="00872A0B" w:rsidRDefault="001F3ECE" w:rsidP="001F3ECE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3E6EE3FB" w14:textId="77777777" w:rsidTr="00872A0B">
        <w:tc>
          <w:tcPr>
            <w:tcW w:w="2880" w:type="dxa"/>
            <w:shd w:val="clear" w:color="auto" w:fill="auto"/>
          </w:tcPr>
          <w:p w14:paraId="07F032E1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24DC9C8F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6C65B3C2" w14:textId="77777777" w:rsidTr="00872A0B">
        <w:tc>
          <w:tcPr>
            <w:tcW w:w="2880" w:type="dxa"/>
            <w:shd w:val="clear" w:color="auto" w:fill="auto"/>
          </w:tcPr>
          <w:p w14:paraId="3F2CD958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69AD18C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18949662" w14:textId="77777777" w:rsidTr="00872A0B">
        <w:tc>
          <w:tcPr>
            <w:tcW w:w="2880" w:type="dxa"/>
            <w:shd w:val="clear" w:color="auto" w:fill="auto"/>
          </w:tcPr>
          <w:p w14:paraId="14AE19C2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61ED9C0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249C99C8" w14:textId="77777777" w:rsidTr="00872A0B">
        <w:tc>
          <w:tcPr>
            <w:tcW w:w="2880" w:type="dxa"/>
            <w:shd w:val="clear" w:color="auto" w:fill="auto"/>
          </w:tcPr>
          <w:p w14:paraId="1759FC5B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232DEDC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6C21905A" w14:textId="77777777" w:rsidTr="00872A0B">
        <w:tc>
          <w:tcPr>
            <w:tcW w:w="2880" w:type="dxa"/>
            <w:shd w:val="clear" w:color="auto" w:fill="auto"/>
          </w:tcPr>
          <w:p w14:paraId="26C44AE0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53793636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0BF0F310" w14:textId="77777777" w:rsidTr="00872A0B">
        <w:tc>
          <w:tcPr>
            <w:tcW w:w="2880" w:type="dxa"/>
            <w:shd w:val="clear" w:color="auto" w:fill="auto"/>
          </w:tcPr>
          <w:p w14:paraId="5EABCB9F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FAF8792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72399F0B" w14:textId="77777777" w:rsidTr="00872A0B">
        <w:tc>
          <w:tcPr>
            <w:tcW w:w="2880" w:type="dxa"/>
            <w:shd w:val="clear" w:color="auto" w:fill="auto"/>
          </w:tcPr>
          <w:p w14:paraId="35A96C94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FB73358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27974E4D" w14:textId="380011DE" w:rsidR="00872A0B" w:rsidRDefault="00872A0B" w:rsidP="00872A0B">
      <w:r>
        <w:br/>
      </w:r>
      <w:r w:rsidR="008F0BF7" w:rsidRPr="00872A0B">
        <w:rPr>
          <w:rFonts w:cs="TH SarabunPSK" w:hint="cs"/>
          <w:szCs w:val="32"/>
        </w:rPr>
        <w:t>(                                      )</w:t>
      </w:r>
      <w:r w:rsidR="008F0BF7" w:rsidRPr="00872A0B">
        <w:rPr>
          <w:rFonts w:cs="TH SarabunPSK" w:hint="cs"/>
          <w:szCs w:val="32"/>
        </w:rPr>
        <w:br/>
      </w:r>
      <w:r w:rsidR="008F0BF7">
        <w:rPr>
          <w:rFonts w:cs="TH SarabunPSK" w:hint="cs"/>
          <w:szCs w:val="32"/>
          <w:cs/>
          <w:lang w:bidi="th-TH"/>
        </w:rPr>
        <w:t xml:space="preserve">  </w:t>
      </w:r>
      <w:r w:rsidR="008F0BF7"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8F0BF7" w:rsidRPr="00364200">
        <w:rPr>
          <w:rFonts w:cs="TH SarabunPSK"/>
          <w:szCs w:val="32"/>
          <w:cs/>
          <w:lang w:bidi="th-TH"/>
        </w:rPr>
        <w:t>ผู้ดูแลนักศึกษา</w:t>
      </w:r>
      <w:r w:rsidR="008F0BF7">
        <w:br/>
      </w:r>
      <w:r w:rsidR="008F0BF7">
        <w:br/>
      </w:r>
      <w:proofErr w:type="spellStart"/>
      <w:r w:rsidR="008F0BF7">
        <w:t>หมายเหตุ</w:t>
      </w:r>
      <w:proofErr w:type="spellEnd"/>
      <w:r w:rsidR="008F0BF7">
        <w:t xml:space="preserve">: </w:t>
      </w:r>
      <w:proofErr w:type="spellStart"/>
      <w:r w:rsidR="008F0BF7">
        <w:t>กรุณาลงลายเซ็น</w:t>
      </w:r>
      <w:proofErr w:type="spellEnd"/>
      <w:r w:rsidR="008F0BF7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 w:rsidR="008F0BF7">
        <w:t>สัปดาห์</w:t>
      </w:r>
      <w:proofErr w:type="spellEnd"/>
      <w:r w:rsidR="008F0BF7">
        <w:t xml:space="preserve"> </w:t>
      </w:r>
      <w:proofErr w:type="spellStart"/>
      <w:r w:rsidR="008F0BF7">
        <w:t>เพื่อรับรองการปฏิบัติงานของนักศึกษา</w:t>
      </w:r>
      <w:proofErr w:type="spellEnd"/>
    </w:p>
    <w:p w14:paraId="72A3A9A0" w14:textId="77777777" w:rsidR="00872A0B" w:rsidRDefault="00872A0B"/>
    <w:p w14:paraId="0BAF4E2C" w14:textId="77777777" w:rsidR="00872A0B" w:rsidRPr="00872A0B" w:rsidRDefault="00872A0B" w:rsidP="00872A0B">
      <w:pPr>
        <w:rPr>
          <w:b/>
          <w:bCs/>
        </w:rPr>
      </w:pPr>
      <w:proofErr w:type="spellStart"/>
      <w:r w:rsidRPr="00872A0B">
        <w:rPr>
          <w:b/>
          <w:bCs/>
        </w:rPr>
        <w:lastRenderedPageBreak/>
        <w:t>ตารางบันทึกรายละเอียดการปฏิบัติงาน</w:t>
      </w:r>
      <w:proofErr w:type="spellEnd"/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0"/>
        <w:gridCol w:w="6017"/>
      </w:tblGrid>
      <w:tr w:rsidR="00195F10" w:rsidRPr="00872A0B" w14:paraId="7E98CD96" w14:textId="77777777" w:rsidTr="00872A0B">
        <w:tc>
          <w:tcPr>
            <w:tcW w:w="2880" w:type="dxa"/>
            <w:shd w:val="clear" w:color="auto" w:fill="auto"/>
          </w:tcPr>
          <w:p w14:paraId="5F56A8F4" w14:textId="1BE15542" w:rsidR="00195F10" w:rsidRPr="00872A0B" w:rsidRDefault="00195F10" w:rsidP="00195F10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วัน</w:t>
            </w:r>
            <w:proofErr w:type="spellEnd"/>
            <w:r w:rsidRPr="001C2645">
              <w:rPr>
                <w:rFonts w:cs="TH SarabunPSK" w:hint="cs"/>
                <w:szCs w:val="32"/>
                <w:lang w:bidi="th-TH"/>
              </w:rPr>
              <w:t>/</w:t>
            </w:r>
            <w:r w:rsidRPr="001C2645">
              <w:rPr>
                <w:rFonts w:cs="TH SarabunPSK" w:hint="cs"/>
                <w:szCs w:val="32"/>
                <w:cs/>
                <w:lang w:bidi="th-TH"/>
              </w:rPr>
              <w:t>เดือน/ปี</w:t>
            </w:r>
          </w:p>
        </w:tc>
        <w:tc>
          <w:tcPr>
            <w:tcW w:w="6017" w:type="dxa"/>
            <w:shd w:val="clear" w:color="auto" w:fill="auto"/>
          </w:tcPr>
          <w:p w14:paraId="1A9C709C" w14:textId="781C03CB" w:rsidR="00195F10" w:rsidRPr="00872A0B" w:rsidRDefault="00195F10" w:rsidP="00195F10">
            <w:pPr>
              <w:spacing w:after="0" w:line="240" w:lineRule="auto"/>
            </w:pPr>
            <w:proofErr w:type="spellStart"/>
            <w:r w:rsidRPr="001C2645">
              <w:rPr>
                <w:rFonts w:cs="TH SarabunPSK" w:hint="cs"/>
                <w:szCs w:val="32"/>
              </w:rPr>
              <w:t>รายละเอียด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การ</w:t>
            </w:r>
            <w:proofErr w:type="spellStart"/>
            <w:r w:rsidRPr="001C2645">
              <w:rPr>
                <w:rFonts w:cs="TH SarabunPSK" w:hint="cs"/>
                <w:szCs w:val="32"/>
              </w:rPr>
              <w:t>ที่ปฏิบัติ</w:t>
            </w:r>
            <w:proofErr w:type="spellEnd"/>
            <w:r w:rsidRPr="001C2645">
              <w:rPr>
                <w:rFonts w:cs="TH SarabunPSK" w:hint="cs"/>
                <w:szCs w:val="32"/>
                <w:cs/>
                <w:lang w:bidi="th-TH"/>
              </w:rPr>
              <w:t>งาน</w:t>
            </w:r>
          </w:p>
        </w:tc>
      </w:tr>
      <w:tr w:rsidR="00872A0B" w:rsidRPr="00872A0B" w14:paraId="3B4839E4" w14:textId="77777777" w:rsidTr="00872A0B">
        <w:tc>
          <w:tcPr>
            <w:tcW w:w="2880" w:type="dxa"/>
            <w:shd w:val="clear" w:color="auto" w:fill="auto"/>
          </w:tcPr>
          <w:p w14:paraId="4713E72E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6198BAEE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6C11A36A" w14:textId="77777777" w:rsidTr="00872A0B">
        <w:tc>
          <w:tcPr>
            <w:tcW w:w="2880" w:type="dxa"/>
            <w:shd w:val="clear" w:color="auto" w:fill="auto"/>
          </w:tcPr>
          <w:p w14:paraId="5CE1BC37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5AFE6265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59830EF2" w14:textId="77777777" w:rsidTr="00872A0B">
        <w:tc>
          <w:tcPr>
            <w:tcW w:w="2880" w:type="dxa"/>
            <w:shd w:val="clear" w:color="auto" w:fill="auto"/>
          </w:tcPr>
          <w:p w14:paraId="7BB71AD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3A8D4B00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5B005508" w14:textId="77777777" w:rsidTr="00872A0B">
        <w:tc>
          <w:tcPr>
            <w:tcW w:w="2880" w:type="dxa"/>
            <w:shd w:val="clear" w:color="auto" w:fill="auto"/>
          </w:tcPr>
          <w:p w14:paraId="13E152DA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46342F1D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32CF10DB" w14:textId="77777777" w:rsidTr="00872A0B">
        <w:tc>
          <w:tcPr>
            <w:tcW w:w="2880" w:type="dxa"/>
            <w:shd w:val="clear" w:color="auto" w:fill="auto"/>
          </w:tcPr>
          <w:p w14:paraId="36CB0A85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265F5866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4E08AEE7" w14:textId="77777777" w:rsidTr="00872A0B">
        <w:tc>
          <w:tcPr>
            <w:tcW w:w="2880" w:type="dxa"/>
            <w:shd w:val="clear" w:color="auto" w:fill="auto"/>
          </w:tcPr>
          <w:p w14:paraId="4CC66631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724B4E53" w14:textId="77777777" w:rsidR="00872A0B" w:rsidRPr="00872A0B" w:rsidRDefault="00872A0B" w:rsidP="00872A0B">
            <w:pPr>
              <w:spacing w:after="0" w:line="240" w:lineRule="auto"/>
            </w:pPr>
            <w:r w:rsidRPr="00872A0B">
              <w:br/>
            </w:r>
            <w:r w:rsidRPr="00872A0B">
              <w:br/>
            </w:r>
          </w:p>
        </w:tc>
      </w:tr>
      <w:tr w:rsidR="00872A0B" w:rsidRPr="00872A0B" w14:paraId="4C8FF7B1" w14:textId="77777777" w:rsidTr="00872A0B">
        <w:tc>
          <w:tcPr>
            <w:tcW w:w="2880" w:type="dxa"/>
            <w:shd w:val="clear" w:color="auto" w:fill="auto"/>
          </w:tcPr>
          <w:p w14:paraId="3E2AAB5C" w14:textId="77777777" w:rsidR="00872A0B" w:rsidRPr="00872A0B" w:rsidRDefault="00872A0B" w:rsidP="00872A0B">
            <w:pPr>
              <w:spacing w:after="0" w:line="240" w:lineRule="auto"/>
            </w:pPr>
          </w:p>
        </w:tc>
        <w:tc>
          <w:tcPr>
            <w:tcW w:w="6017" w:type="dxa"/>
            <w:shd w:val="clear" w:color="auto" w:fill="auto"/>
          </w:tcPr>
          <w:p w14:paraId="05FCC14A" w14:textId="77777777" w:rsidR="00872A0B" w:rsidRPr="00872A0B" w:rsidRDefault="00872A0B" w:rsidP="00872A0B">
            <w:pPr>
              <w:spacing w:after="0" w:line="240" w:lineRule="auto"/>
              <w:rPr>
                <w:cs/>
                <w:lang w:bidi="th-TH"/>
              </w:rPr>
            </w:pPr>
            <w:r w:rsidRPr="00872A0B">
              <w:br/>
            </w:r>
            <w:r w:rsidRPr="00872A0B">
              <w:br/>
            </w:r>
          </w:p>
        </w:tc>
      </w:tr>
    </w:tbl>
    <w:p w14:paraId="4A1E29E6" w14:textId="1D03BE03" w:rsidR="00872A0B" w:rsidRDefault="00872A0B" w:rsidP="00872A0B">
      <w:r>
        <w:br/>
      </w:r>
      <w:r w:rsidR="002A21D3" w:rsidRPr="00872A0B">
        <w:rPr>
          <w:rFonts w:cs="TH SarabunPSK" w:hint="cs"/>
          <w:szCs w:val="32"/>
        </w:rPr>
        <w:t>(                                      )</w:t>
      </w:r>
      <w:r w:rsidR="002A21D3" w:rsidRPr="00872A0B">
        <w:rPr>
          <w:rFonts w:cs="TH SarabunPSK" w:hint="cs"/>
          <w:szCs w:val="32"/>
        </w:rPr>
        <w:br/>
      </w:r>
      <w:r w:rsidR="002A21D3">
        <w:rPr>
          <w:rFonts w:cs="TH SarabunPSK" w:hint="cs"/>
          <w:szCs w:val="32"/>
          <w:cs/>
          <w:lang w:bidi="th-TH"/>
        </w:rPr>
        <w:t xml:space="preserve">  </w:t>
      </w:r>
      <w:r w:rsidR="002A21D3" w:rsidRPr="00872A0B">
        <w:rPr>
          <w:rFonts w:cs="TH SarabunPSK" w:hint="cs"/>
          <w:szCs w:val="32"/>
          <w:cs/>
          <w:lang w:bidi="th-TH"/>
        </w:rPr>
        <w:t xml:space="preserve">ลายเซ็น </w:t>
      </w:r>
      <w:r w:rsidR="002A21D3" w:rsidRPr="00364200">
        <w:rPr>
          <w:rFonts w:cs="TH SarabunPSK"/>
          <w:szCs w:val="32"/>
          <w:cs/>
          <w:lang w:bidi="th-TH"/>
        </w:rPr>
        <w:t>ผู้ดูแลนักศึกษา</w:t>
      </w:r>
      <w:r w:rsidR="002A21D3">
        <w:br/>
      </w:r>
      <w:r w:rsidR="002A21D3">
        <w:br/>
      </w:r>
      <w:proofErr w:type="spellStart"/>
      <w:r w:rsidR="002A21D3">
        <w:t>หมายเหตุ</w:t>
      </w:r>
      <w:proofErr w:type="spellEnd"/>
      <w:r w:rsidR="002A21D3">
        <w:t xml:space="preserve">: </w:t>
      </w:r>
      <w:proofErr w:type="spellStart"/>
      <w:r w:rsidR="002A21D3">
        <w:t>กรุณาลงลายเซ็น</w:t>
      </w:r>
      <w:proofErr w:type="spellEnd"/>
      <w:r w:rsidR="002A21D3" w:rsidRPr="00364200">
        <w:rPr>
          <w:rFonts w:cs="TH SarabunPSK"/>
          <w:szCs w:val="32"/>
          <w:cs/>
          <w:lang w:bidi="th-TH"/>
        </w:rPr>
        <w:t>ผู้ดูแลนักศึกษา</w:t>
      </w:r>
      <w:proofErr w:type="spellStart"/>
      <w:r w:rsidR="002A21D3">
        <w:t>สัปดาห์</w:t>
      </w:r>
      <w:proofErr w:type="spellEnd"/>
      <w:r w:rsidR="002A21D3">
        <w:t xml:space="preserve"> </w:t>
      </w:r>
      <w:proofErr w:type="spellStart"/>
      <w:r w:rsidR="002A21D3">
        <w:t>เพื่อรับรองการปฏิบัติงานของนักศึกษา</w:t>
      </w:r>
      <w:proofErr w:type="spellEnd"/>
    </w:p>
    <w:p w14:paraId="023A4C47" w14:textId="77777777" w:rsidR="00872A0B" w:rsidRDefault="00872A0B"/>
    <w:sectPr w:rsidR="00872A0B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FBC067A"/>
    <w:multiLevelType w:val="multilevel"/>
    <w:tmpl w:val="5E9295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50935133">
    <w:abstractNumId w:val="8"/>
  </w:num>
  <w:num w:numId="2" w16cid:durableId="740761249">
    <w:abstractNumId w:val="6"/>
  </w:num>
  <w:num w:numId="3" w16cid:durableId="961498525">
    <w:abstractNumId w:val="5"/>
  </w:num>
  <w:num w:numId="4" w16cid:durableId="1215583712">
    <w:abstractNumId w:val="4"/>
  </w:num>
  <w:num w:numId="5" w16cid:durableId="1166633189">
    <w:abstractNumId w:val="7"/>
  </w:num>
  <w:num w:numId="6" w16cid:durableId="1859923818">
    <w:abstractNumId w:val="3"/>
  </w:num>
  <w:num w:numId="7" w16cid:durableId="823274999">
    <w:abstractNumId w:val="2"/>
  </w:num>
  <w:num w:numId="8" w16cid:durableId="687145935">
    <w:abstractNumId w:val="1"/>
  </w:num>
  <w:num w:numId="9" w16cid:durableId="1524901552">
    <w:abstractNumId w:val="0"/>
  </w:num>
  <w:num w:numId="10" w16cid:durableId="18845162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5015"/>
    <w:rsid w:val="00034616"/>
    <w:rsid w:val="0006063C"/>
    <w:rsid w:val="000E3415"/>
    <w:rsid w:val="001132CF"/>
    <w:rsid w:val="0015074B"/>
    <w:rsid w:val="00195F10"/>
    <w:rsid w:val="001C2645"/>
    <w:rsid w:val="001F3ECE"/>
    <w:rsid w:val="0029639D"/>
    <w:rsid w:val="002A21D3"/>
    <w:rsid w:val="00326F90"/>
    <w:rsid w:val="00364200"/>
    <w:rsid w:val="004B5234"/>
    <w:rsid w:val="00551179"/>
    <w:rsid w:val="00606712"/>
    <w:rsid w:val="00646548"/>
    <w:rsid w:val="0067483C"/>
    <w:rsid w:val="00835CA4"/>
    <w:rsid w:val="00867ABE"/>
    <w:rsid w:val="00872A0B"/>
    <w:rsid w:val="008F0BF7"/>
    <w:rsid w:val="009F4924"/>
    <w:rsid w:val="00A54D24"/>
    <w:rsid w:val="00A76550"/>
    <w:rsid w:val="00AA1D8D"/>
    <w:rsid w:val="00B47730"/>
    <w:rsid w:val="00CB0664"/>
    <w:rsid w:val="00CC1ABD"/>
    <w:rsid w:val="00DB560C"/>
    <w:rsid w:val="00F15015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5CC376"/>
  <w14:defaultImageDpi w14:val="300"/>
  <w15:docId w15:val="{3AC87114-D477-47A5-885A-5598B0C52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Cordia New"/>
        <w:lang w:val="en-US" w:eastAsia="en-US" w:bidi="th-TH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  <w:pPr>
      <w:spacing w:after="200" w:line="276" w:lineRule="auto"/>
    </w:pPr>
    <w:rPr>
      <w:rFonts w:ascii="TH SarabunPSK" w:hAnsi="TH SarabunPSK"/>
      <w:sz w:val="32"/>
      <w:szCs w:val="22"/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="Calibri" w:eastAsia="MS Gothic" w:hAnsi="Calibri" w:cs="Angsana New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="Calibri" w:eastAsia="MS Gothic" w:hAnsi="Calibri" w:cs="Angsana New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="Calibri" w:eastAsia="MS Gothic" w:hAnsi="Calibri" w:cs="Angsana New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="Calibri" w:eastAsia="MS Gothic" w:hAnsi="Calibri" w:cs="Angsana New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="Calibri" w:eastAsia="MS Gothic" w:hAnsi="Calibri" w:cs="Angsana New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="Calibri" w:eastAsia="MS Gothic" w:hAnsi="Calibri" w:cs="Angsana New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="Calibri" w:eastAsia="MS Gothic" w:hAnsi="Calibri" w:cs="Angsana New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="Calibri" w:eastAsia="MS Gothic" w:hAnsi="Calibri" w:cs="Angsana New"/>
      <w:color w:val="4F81BD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="Calibri" w:eastAsia="MS Gothic" w:hAnsi="Calibri" w:cs="Angsana New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rPr>
      <w:sz w:val="22"/>
      <w:szCs w:val="22"/>
      <w:lang w:bidi="ar-SA"/>
    </w:rPr>
  </w:style>
  <w:style w:type="character" w:customStyle="1" w:styleId="Heading1Char">
    <w:name w:val="Heading 1 Char"/>
    <w:link w:val="Heading1"/>
    <w:uiPriority w:val="9"/>
    <w:rsid w:val="00FC693F"/>
    <w:rPr>
      <w:rFonts w:ascii="Calibri" w:eastAsia="MS Gothic" w:hAnsi="Calibri" w:cs="Angsana New"/>
      <w:b/>
      <w:bCs/>
      <w:color w:val="365F91"/>
      <w:sz w:val="28"/>
      <w:szCs w:val="28"/>
    </w:rPr>
  </w:style>
  <w:style w:type="character" w:customStyle="1" w:styleId="Heading2Char">
    <w:name w:val="Heading 2 Char"/>
    <w:link w:val="Heading2"/>
    <w:uiPriority w:val="9"/>
    <w:rsid w:val="00FC693F"/>
    <w:rPr>
      <w:rFonts w:ascii="Calibri" w:eastAsia="MS Gothic" w:hAnsi="Calibri" w:cs="Angsana New"/>
      <w:b/>
      <w:bCs/>
      <w:color w:val="4F81BD"/>
      <w:sz w:val="26"/>
      <w:szCs w:val="26"/>
    </w:rPr>
  </w:style>
  <w:style w:type="character" w:customStyle="1" w:styleId="Heading3Char">
    <w:name w:val="Heading 3 Char"/>
    <w:link w:val="Heading3"/>
    <w:uiPriority w:val="9"/>
    <w:rsid w:val="00FC693F"/>
    <w:rPr>
      <w:rFonts w:ascii="Calibri" w:eastAsia="MS Gothic" w:hAnsi="Calibri" w:cs="Angsana New"/>
      <w:b/>
      <w:bCs/>
      <w:color w:val="4F81BD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/>
      </w:pBdr>
      <w:spacing w:after="300" w:line="240" w:lineRule="auto"/>
      <w:contextualSpacing/>
    </w:pPr>
    <w:rPr>
      <w:rFonts w:ascii="Calibri" w:eastAsia="MS Gothic" w:hAnsi="Calibri" w:cs="Angsana New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FC693F"/>
    <w:rPr>
      <w:rFonts w:ascii="Calibri" w:eastAsia="MS Gothic" w:hAnsi="Calibri" w:cs="Angsana New"/>
      <w:color w:val="17365D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="Calibri" w:eastAsia="MS Gothic" w:hAnsi="Calibri" w:cs="Angsana New"/>
      <w:i/>
      <w:iCs/>
      <w:color w:val="4F81BD"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693F"/>
    <w:rPr>
      <w:rFonts w:ascii="Calibri" w:eastAsia="MS Gothic" w:hAnsi="Calibri" w:cs="Angsana New"/>
      <w:i/>
      <w:iCs/>
      <w:color w:val="4F81BD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  <w:spacing w:after="200" w:line="276" w:lineRule="auto"/>
    </w:pPr>
    <w:rPr>
      <w:rFonts w:ascii="Courier" w:hAnsi="Courier"/>
      <w:lang w:bidi="ar-SA"/>
    </w:rPr>
  </w:style>
  <w:style w:type="character" w:customStyle="1" w:styleId="MacroTextChar">
    <w:name w:val="Macro Text Char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/>
    </w:rPr>
  </w:style>
  <w:style w:type="character" w:customStyle="1" w:styleId="QuoteChar">
    <w:name w:val="Quote Char"/>
    <w:link w:val="Quote"/>
    <w:uiPriority w:val="29"/>
    <w:rsid w:val="00FC693F"/>
    <w:rPr>
      <w:i/>
      <w:iCs/>
      <w:color w:val="000000"/>
    </w:rPr>
  </w:style>
  <w:style w:type="character" w:customStyle="1" w:styleId="Heading4Char">
    <w:name w:val="Heading 4 Char"/>
    <w:link w:val="Heading4"/>
    <w:uiPriority w:val="9"/>
    <w:semiHidden/>
    <w:rsid w:val="00FC693F"/>
    <w:rPr>
      <w:rFonts w:ascii="Calibri" w:eastAsia="MS Gothic" w:hAnsi="Calibri" w:cs="Angsana New"/>
      <w:b/>
      <w:bCs/>
      <w:i/>
      <w:iCs/>
      <w:color w:val="4F81BD"/>
    </w:rPr>
  </w:style>
  <w:style w:type="character" w:customStyle="1" w:styleId="Heading5Char">
    <w:name w:val="Heading 5 Char"/>
    <w:link w:val="Heading5"/>
    <w:uiPriority w:val="9"/>
    <w:semiHidden/>
    <w:rsid w:val="00FC693F"/>
    <w:rPr>
      <w:rFonts w:ascii="Calibri" w:eastAsia="MS Gothic" w:hAnsi="Calibri" w:cs="Angsana New"/>
      <w:color w:val="243F60"/>
    </w:rPr>
  </w:style>
  <w:style w:type="character" w:customStyle="1" w:styleId="Heading6Char">
    <w:name w:val="Heading 6 Char"/>
    <w:link w:val="Heading6"/>
    <w:uiPriority w:val="9"/>
    <w:semiHidden/>
    <w:rsid w:val="00FC693F"/>
    <w:rPr>
      <w:rFonts w:ascii="Calibri" w:eastAsia="MS Gothic" w:hAnsi="Calibri" w:cs="Angsana New"/>
      <w:i/>
      <w:iCs/>
      <w:color w:val="243F60"/>
    </w:rPr>
  </w:style>
  <w:style w:type="character" w:customStyle="1" w:styleId="Heading7Char">
    <w:name w:val="Heading 7 Char"/>
    <w:link w:val="Heading7"/>
    <w:uiPriority w:val="9"/>
    <w:semiHidden/>
    <w:rsid w:val="00FC693F"/>
    <w:rPr>
      <w:rFonts w:ascii="Calibri" w:eastAsia="MS Gothic" w:hAnsi="Calibri" w:cs="Angsana New"/>
      <w:i/>
      <w:iCs/>
      <w:color w:val="404040"/>
    </w:rPr>
  </w:style>
  <w:style w:type="character" w:customStyle="1" w:styleId="Heading8Char">
    <w:name w:val="Heading 8 Char"/>
    <w:link w:val="Heading8"/>
    <w:uiPriority w:val="9"/>
    <w:semiHidden/>
    <w:rsid w:val="00FC693F"/>
    <w:rPr>
      <w:rFonts w:ascii="Calibri" w:eastAsia="MS Gothic" w:hAnsi="Calibri" w:cs="Angsana New"/>
      <w:color w:val="4F81BD"/>
      <w:sz w:val="20"/>
      <w:szCs w:val="20"/>
    </w:rPr>
  </w:style>
  <w:style w:type="character" w:customStyle="1" w:styleId="Heading9Char">
    <w:name w:val="Heading 9 Char"/>
    <w:link w:val="Heading9"/>
    <w:uiPriority w:val="9"/>
    <w:semiHidden/>
    <w:rsid w:val="00FC693F"/>
    <w:rPr>
      <w:rFonts w:ascii="Calibri" w:eastAsia="MS Gothic" w:hAnsi="Calibri" w:cs="Angsana New"/>
      <w:i/>
      <w:iCs/>
      <w:color w:val="40404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/>
      <w:sz w:val="18"/>
      <w:szCs w:val="18"/>
    </w:rPr>
  </w:style>
  <w:style w:type="character" w:styleId="Strong">
    <w:name w:val="Strong"/>
    <w:uiPriority w:val="22"/>
    <w:qFormat/>
    <w:rsid w:val="00FC693F"/>
    <w:rPr>
      <w:b/>
      <w:bCs/>
    </w:rPr>
  </w:style>
  <w:style w:type="character" w:styleId="Emphasis">
    <w:name w:val="Emphasis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rsid w:val="00FC693F"/>
    <w:rPr>
      <w:b/>
      <w:bCs/>
      <w:i/>
      <w:iCs/>
      <w:color w:val="4F81BD"/>
    </w:rPr>
  </w:style>
  <w:style w:type="character" w:styleId="SubtleEmphasis">
    <w:name w:val="Subtle Emphasis"/>
    <w:uiPriority w:val="19"/>
    <w:qFormat/>
    <w:rsid w:val="00FC693F"/>
    <w:rPr>
      <w:i/>
      <w:iCs/>
      <w:color w:val="808080"/>
    </w:rPr>
  </w:style>
  <w:style w:type="character" w:styleId="IntenseEmphasis">
    <w:name w:val="Intense Emphasis"/>
    <w:uiPriority w:val="21"/>
    <w:qFormat/>
    <w:rsid w:val="00FC693F"/>
    <w:rPr>
      <w:b/>
      <w:bCs/>
      <w:i/>
      <w:iCs/>
      <w:color w:val="4F81BD"/>
    </w:rPr>
  </w:style>
  <w:style w:type="character" w:styleId="SubtleReference">
    <w:name w:val="Subtle Reference"/>
    <w:uiPriority w:val="31"/>
    <w:qFormat/>
    <w:rsid w:val="00FC693F"/>
    <w:rPr>
      <w:smallCaps/>
      <w:color w:val="C0504D"/>
      <w:u w:val="single"/>
    </w:rPr>
  </w:style>
  <w:style w:type="character" w:styleId="IntenseReference">
    <w:name w:val="Intense Reference"/>
    <w:uiPriority w:val="32"/>
    <w:qFormat/>
    <w:rsid w:val="00FC693F"/>
    <w:rPr>
      <w:b/>
      <w:bCs/>
      <w:smallCaps/>
      <w:color w:val="C0504D"/>
      <w:spacing w:val="5"/>
      <w:u w:val="single"/>
    </w:rPr>
  </w:style>
  <w:style w:type="character" w:styleId="BookTitle">
    <w:name w:val="Book Title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60"/>
    <w:rsid w:val="00FC693F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LightShading-Accent2">
    <w:name w:val="Light Shading Accent 2"/>
    <w:basedOn w:val="TableNormal"/>
    <w:uiPriority w:val="60"/>
    <w:rsid w:val="00FC693F"/>
    <w:rPr>
      <w:color w:val="943634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LightShading-Accent3">
    <w:name w:val="Light Shading Accent 3"/>
    <w:basedOn w:val="TableNormal"/>
    <w:uiPriority w:val="60"/>
    <w:rsid w:val="00FC693F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LightShading-Accent4">
    <w:name w:val="Light Shading Accent 4"/>
    <w:basedOn w:val="TableNormal"/>
    <w:uiPriority w:val="60"/>
    <w:rsid w:val="00FC693F"/>
    <w:rPr>
      <w:color w:val="5F497A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LightShading-Accent5">
    <w:name w:val="Light Shading Accent 5"/>
    <w:basedOn w:val="TableNormal"/>
    <w:uiPriority w:val="60"/>
    <w:rsid w:val="00FC693F"/>
    <w:rPr>
      <w:color w:val="31849B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LightShading-Accent6">
    <w:name w:val="Light Shading Accent 6"/>
    <w:basedOn w:val="TableNormal"/>
    <w:uiPriority w:val="60"/>
    <w:rsid w:val="00FC693F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LightList">
    <w:name w:val="Light List"/>
    <w:basedOn w:val="TableNormal"/>
    <w:uiPriority w:val="61"/>
    <w:rsid w:val="00FC693F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LightGrid">
    <w:name w:val="Light Grid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1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C0504D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C0504D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libri" w:eastAsia="MS Gothic" w:hAnsi="Calibri" w:cs="Angsana New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libri" w:eastAsia="MS Gothic" w:hAnsi="Calibri" w:cs="Angsana New"/>
        <w:b/>
        <w:bCs/>
      </w:rPr>
    </w:tblStylePr>
    <w:tblStylePr w:type="lastCol">
      <w:rPr>
        <w:rFonts w:ascii="Calibri" w:eastAsia="MS Gothic" w:hAnsi="Calibri" w:cs="Angsana New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styleId="MediumShading1">
    <w:name w:val="Medium Shading 1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MediumList1-Accent1">
    <w:name w:val="Medium List 1 Accent 1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MediumList1-Accent2">
    <w:name w:val="Medium List 1 Accent 2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bottom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MediumList1-Accent3">
    <w:name w:val="Medium List 1 Accent 3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MediumList1-Accent4">
    <w:name w:val="Medium List 1 Accent 4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MediumList1-Accent6">
    <w:name w:val="Medium List 1 Accent 6"/>
    <w:basedOn w:val="TableNormal"/>
    <w:uiPriority w:val="65"/>
    <w:rsid w:val="00CB0664"/>
    <w:rPr>
      <w:color w:val="000000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rPr>
        <w:rFonts w:ascii="Calibri" w:eastAsia="MS Gothic" w:hAnsi="Calibri" w:cs="Angsana New"/>
      </w:rPr>
      <w:tblPr/>
      <w:tcPr>
        <w:tcBorders>
          <w:top w:val="nil"/>
          <w:bottom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bottom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MediumList2">
    <w:name w:val="Medium List 2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MediumGrid1-Accent1">
    <w:name w:val="Medium Grid 1 Accent 1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MediumGrid1-Accent2">
    <w:name w:val="Medium Grid 1 Accent 2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MediumGrid1-Accent3">
    <w:name w:val="Medium Grid 1 Accent 3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MediumGrid1-Accent4">
    <w:name w:val="Medium Grid 1 Accent 4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MediumGrid1-Accent5">
    <w:name w:val="Medium Grid 1 Accent 5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MediumGrid1-Accent6">
    <w:name w:val="Medium Grid 1 Accent 6"/>
    <w:basedOn w:val="TableNormal"/>
    <w:uiPriority w:val="67"/>
    <w:rsid w:val="00CB0664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MediumGrid2">
    <w:name w:val="Medium Grid 2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MediumGrid2-Accent1">
    <w:name w:val="Medium Grid 2 Accent 1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4F81BD"/>
          <w:insideV w:val="single" w:sz="6" w:space="0" w:color="4F81BD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MediumGrid2-Accent2">
    <w:name w:val="Medium Grid 2 Accent 2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C0504D"/>
          <w:insideV w:val="single" w:sz="6" w:space="0" w:color="C0504D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MediumGrid2-Accent3">
    <w:name w:val="Medium Grid 2 Accent 3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9BBB59"/>
          <w:insideV w:val="single" w:sz="6" w:space="0" w:color="9BBB59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MediumGrid2-Accent4">
    <w:name w:val="Medium Grid 2 Accent 4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MediumGrid2-Accent5">
    <w:name w:val="Medium Grid 2 Accent 5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MediumGrid2-Accent6">
    <w:name w:val="Medium Grid 2 Accent 6"/>
    <w:basedOn w:val="TableNormal"/>
    <w:uiPriority w:val="68"/>
    <w:rsid w:val="00CB0664"/>
    <w:rPr>
      <w:rFonts w:ascii="Calibri" w:eastAsia="MS Gothic" w:hAnsi="Calibri" w:cs="Angsana New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MediumGrid3">
    <w:name w:val="Medium Grid 3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808080"/>
      </w:tcPr>
    </w:tblStylePr>
  </w:style>
  <w:style w:type="table" w:styleId="MediumGrid3-Accent1">
    <w:name w:val="Medium Grid 3 Accent 1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table" w:styleId="MediumGrid3-Accent2">
    <w:name w:val="Medium Grid 3 Accent 2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DFA7A6"/>
      </w:tcPr>
    </w:tblStylePr>
  </w:style>
  <w:style w:type="table" w:styleId="MediumGrid3-Accent3">
    <w:name w:val="Medium Grid 3 Accent 3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MediumGrid3-Accent4">
    <w:name w:val="Medium Grid 3 Accent 4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MediumGrid3-Accent5">
    <w:name w:val="Medium Grid 3 Accent 5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MediumGrid3-Accent6">
    <w:name w:val="Medium Grid 3 Accent 6"/>
    <w:basedOn w:val="TableNormal"/>
    <w:uiPriority w:val="69"/>
    <w:rsid w:val="00CB066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DarkList">
    <w:name w:val="Dark List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DarkList-Accent1">
    <w:name w:val="Dark List Accent 1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DarkList-Accent2">
    <w:name w:val="Dark List Accent 2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DarkList-Accent3">
    <w:name w:val="Dark List Accent 3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DarkList-Accent4">
    <w:name w:val="Dark List Accent 4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DarkList-Accent5">
    <w:name w:val="Dark List Accent 5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DarkList-Accent6">
    <w:name w:val="Dark List Accent 6"/>
    <w:basedOn w:val="TableNormal"/>
    <w:uiPriority w:val="70"/>
    <w:rsid w:val="00CB0664"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ColorfulShading">
    <w:name w:val="Colorful Shading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1">
    <w:name w:val="Colorful Shading Accent 1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2">
    <w:name w:val="Colorful Shading Accent 2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772C2A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3">
    <w:name w:val="Colorful Shading Accent 3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5E7530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ColorfulShading-Accent4">
    <w:name w:val="Colorful Shading Accent 4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4C3B62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5">
    <w:name w:val="Colorful Shading Accent 5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76A7C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Shading-Accent6">
    <w:name w:val="Colorful Shading Accent 6"/>
    <w:basedOn w:val="TableNormal"/>
    <w:uiPriority w:val="71"/>
    <w:rsid w:val="00CB0664"/>
    <w:rPr>
      <w:color w:val="000000"/>
    </w:rPr>
    <w:tblPr>
      <w:tblStyleRowBandSize w:val="1"/>
      <w:tblStyleColBandSize w:val="1"/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B65608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ColorfulList">
    <w:name w:val="Colorful List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ColorfulList-Accent1">
    <w:name w:val="Colorful List Accent 1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ColorfulList-Accent2">
    <w:name w:val="Colorful List Accent 2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ColorfulList-Accent3">
    <w:name w:val="Colorful List Accent 3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ColorfulList-Accent4">
    <w:name w:val="Colorful List Accent 4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ColorfulList-Accent5">
    <w:name w:val="Colorful List Accent 5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ColorfulList-Accent6">
    <w:name w:val="Colorful List Accent 6"/>
    <w:basedOn w:val="TableNormal"/>
    <w:uiPriority w:val="72"/>
    <w:rsid w:val="00CB0664"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ColorfulGrid">
    <w:name w:val="Colorful Grid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ColorfulGrid-Accent1">
    <w:name w:val="Colorful Grid Accent 1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ColorfulGrid-Accent2">
    <w:name w:val="Colorful Grid Accent 2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ColorfulGrid-Accent3">
    <w:name w:val="Colorful Grid Accent 3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ColorfulGrid-Accent4">
    <w:name w:val="Colorful Grid Accent 4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ColorfulGrid-Accent5">
    <w:name w:val="Colorful Grid Accent 5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ColorfulGrid-Accent6">
    <w:name w:val="Colorful Grid Accent 6"/>
    <w:basedOn w:val="TableNormal"/>
    <w:uiPriority w:val="73"/>
    <w:rsid w:val="00CB0664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paragraph" w:styleId="NormalWeb">
    <w:name w:val="Normal (Web)"/>
    <w:basedOn w:val="Normal"/>
    <w:uiPriority w:val="99"/>
    <w:semiHidden/>
    <w:unhideWhenUsed/>
    <w:rsid w:val="00872A0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0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2013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9043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76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96405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0969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9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99773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6797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5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13202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56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3648;&#3629;&#3585;&#3626;&#3634;&#3619;&#3585;&#3636;&#3592;&#3585;&#3634;&#3619;&#3609;&#3633;&#3585;&#3624;&#3638;&#3585;&#3625;&#3634;\&#3615;&#3629;&#3619;&#3660;&#3617;&#3610;&#3633;&#3609;&#3607;&#3638;&#3585;&#3619;&#3634;&#3618;&#3621;&#3632;&#3648;&#3629;&#3637;&#3618;&#3604;&#3585;&#3634;&#3619;&#3611;&#3599;&#3636;&#3610;&#3633;&#3605;&#3636;&#3591;&#3634;&#3609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ฟอร์มบันทึกรายละเอียดการปฏิบัติงาน</Template>
  <TotalTime>11</TotalTime>
  <Pages>7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2456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ณัฐกร สีถา</dc:creator>
  <cp:keywords/>
  <dc:description>generated by python-docx</dc:description>
  <cp:lastModifiedBy>ณัฐกร สีถา</cp:lastModifiedBy>
  <cp:revision>16</cp:revision>
  <dcterms:created xsi:type="dcterms:W3CDTF">2025-05-29T05:11:00Z</dcterms:created>
  <dcterms:modified xsi:type="dcterms:W3CDTF">2025-06-11T08:41:00Z</dcterms:modified>
  <cp:category/>
</cp:coreProperties>
</file>